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216B" w14:textId="77777777" w:rsidR="009959BF" w:rsidRPr="007E378D" w:rsidRDefault="005F0B73">
      <w:pPr>
        <w:pStyle w:val="Title"/>
        <w:jc w:val="center"/>
        <w:rPr>
          <w:rFonts w:ascii="Times New Roman" w:hAnsi="Times New Roman" w:cs="Times New Roman"/>
          <w:sz w:val="36"/>
          <w:szCs w:val="36"/>
        </w:rPr>
      </w:pPr>
      <w:r w:rsidRPr="007E378D">
        <w:rPr>
          <w:rFonts w:ascii="Times New Roman" w:hAnsi="Times New Roman" w:cs="Times New Roman"/>
          <w:sz w:val="36"/>
          <w:szCs w:val="36"/>
        </w:rPr>
        <w:t>Navigate360 Comprehensive Training Manual</w:t>
      </w:r>
    </w:p>
    <w:p w14:paraId="7602EF84" w14:textId="77777777" w:rsidR="009959BF" w:rsidRPr="007E378D" w:rsidRDefault="005F0B73">
      <w:pPr>
        <w:jc w:val="center"/>
        <w:rPr>
          <w:rFonts w:ascii="Times New Roman" w:hAnsi="Times New Roman" w:cs="Times New Roman"/>
        </w:rPr>
      </w:pPr>
      <w:r w:rsidRPr="007E378D">
        <w:rPr>
          <w:rFonts w:ascii="Times New Roman" w:hAnsi="Times New Roman" w:cs="Times New Roman"/>
          <w:b/>
          <w:color w:val="003366"/>
        </w:rPr>
        <w:t>Notre Dame of Maryland University</w:t>
      </w:r>
      <w:r w:rsidRPr="007E378D">
        <w:rPr>
          <w:rFonts w:ascii="Times New Roman" w:hAnsi="Times New Roman" w:cs="Times New Roman"/>
          <w:b/>
          <w:color w:val="003366"/>
        </w:rPr>
        <w:br/>
        <w:t>Student Success Center</w:t>
      </w:r>
    </w:p>
    <w:p w14:paraId="69AB9F80" w14:textId="77777777" w:rsidR="009959BF" w:rsidRPr="007E378D" w:rsidRDefault="005F0B73">
      <w:pPr>
        <w:jc w:val="center"/>
        <w:rPr>
          <w:rFonts w:ascii="Times New Roman" w:hAnsi="Times New Roman" w:cs="Times New Roman"/>
        </w:rPr>
      </w:pPr>
      <w:r w:rsidRPr="007E378D">
        <w:rPr>
          <w:rFonts w:ascii="Times New Roman" w:hAnsi="Times New Roman" w:cs="Times New Roman"/>
        </w:rPr>
        <w:br/>
        <w:t>Advisor &amp; Student Success Staff Guide</w:t>
      </w:r>
    </w:p>
    <w:p w14:paraId="7812D7C6" w14:textId="77777777" w:rsidR="009959BF" w:rsidRPr="007E378D" w:rsidRDefault="005F0B73">
      <w:pPr>
        <w:jc w:val="center"/>
        <w:rPr>
          <w:rFonts w:ascii="Times New Roman" w:hAnsi="Times New Roman" w:cs="Times New Roman"/>
        </w:rPr>
      </w:pPr>
      <w:r w:rsidRPr="007E378D">
        <w:rPr>
          <w:rFonts w:ascii="Times New Roman" w:hAnsi="Times New Roman" w:cs="Times New Roman"/>
        </w:rPr>
        <w:t>Platform: Navigate360 by EAB</w:t>
      </w:r>
    </w:p>
    <w:p w14:paraId="05ECC4D0" w14:textId="77777777" w:rsidR="009959BF" w:rsidRPr="007E378D" w:rsidRDefault="005F0B73">
      <w:pPr>
        <w:jc w:val="center"/>
        <w:rPr>
          <w:rFonts w:ascii="Times New Roman" w:hAnsi="Times New Roman" w:cs="Times New Roman"/>
        </w:rPr>
      </w:pPr>
      <w:r w:rsidRPr="007E378D">
        <w:rPr>
          <w:rFonts w:ascii="Times New Roman" w:hAnsi="Times New Roman" w:cs="Times New Roman"/>
        </w:rPr>
        <w:t>Purpose: Training and onboarding manual for new staff</w:t>
      </w:r>
    </w:p>
    <w:p w14:paraId="3A602F74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5B5B8287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274E8227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07C51BB2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14AD459D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7E0C4DCA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63DA6669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75D02EC9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648D1FD6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6931F9DC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0E113F8E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4B2F6C8B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14A61C7A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4F47666E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618621D9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6E373323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78794E5D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48CE8950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7FCED882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395AB741" w14:textId="77777777" w:rsidR="00FB1171" w:rsidRDefault="00FB1171" w:rsidP="00FB1171">
      <w:pPr>
        <w:rPr>
          <w:rFonts w:ascii="Times New Roman" w:hAnsi="Times New Roman" w:cs="Times New Roman"/>
        </w:rPr>
      </w:pPr>
    </w:p>
    <w:p w14:paraId="2D982DF6" w14:textId="3EA775B0" w:rsidR="009959BF" w:rsidRPr="008B12F7" w:rsidRDefault="005F0B73" w:rsidP="00FB1171">
      <w:pPr>
        <w:rPr>
          <w:rFonts w:ascii="Times New Roman" w:hAnsi="Times New Roman" w:cs="Times New Roman"/>
          <w:u w:val="single"/>
        </w:rPr>
      </w:pPr>
      <w:r w:rsidRPr="008B12F7">
        <w:rPr>
          <w:u w:val="single"/>
        </w:rPr>
        <w:lastRenderedPageBreak/>
        <w:t>Table of Contents</w:t>
      </w:r>
    </w:p>
    <w:p w14:paraId="4227F8FB" w14:textId="77777777" w:rsidR="009959BF" w:rsidRDefault="005F0B73">
      <w:r>
        <w:t>1. Platform Overview</w:t>
      </w:r>
    </w:p>
    <w:p w14:paraId="12877B05" w14:textId="77777777" w:rsidR="009959BF" w:rsidRDefault="005F0B73">
      <w:r>
        <w:t>2. Navigate Dashboard Overview</w:t>
      </w:r>
    </w:p>
    <w:p w14:paraId="72872D61" w14:textId="77777777" w:rsidR="009959BF" w:rsidRDefault="005F0B73">
      <w:r>
        <w:t>3. Searching for Students</w:t>
      </w:r>
    </w:p>
    <w:p w14:paraId="46E4D5C7" w14:textId="77777777" w:rsidR="009959BF" w:rsidRDefault="005F0B73">
      <w:r>
        <w:t>4. Viewing Assigned Students</w:t>
      </w:r>
    </w:p>
    <w:p w14:paraId="53EA10BA" w14:textId="77777777" w:rsidR="009959BF" w:rsidRDefault="005F0B73">
      <w:r>
        <w:t>5. Setting Appointment Availability</w:t>
      </w:r>
    </w:p>
    <w:p w14:paraId="55909CD1" w14:textId="77777777" w:rsidR="009959BF" w:rsidRDefault="005F0B73">
      <w:r>
        <w:t>6. Scheduling Appointments</w:t>
      </w:r>
    </w:p>
    <w:p w14:paraId="27DCD153" w14:textId="77777777" w:rsidR="009959BF" w:rsidRDefault="005F0B73">
      <w:r>
        <w:t>7. Advising Workflow Guide</w:t>
      </w:r>
    </w:p>
    <w:p w14:paraId="5D5716FF" w14:textId="5CF5BEFF" w:rsidR="009959BF" w:rsidRDefault="005F0B73">
      <w:r>
        <w:t xml:space="preserve">8. Adding Notes </w:t>
      </w:r>
    </w:p>
    <w:p w14:paraId="711A172A" w14:textId="77777777" w:rsidR="009959BF" w:rsidRDefault="005F0B73">
      <w:r>
        <w:t>9. Issuing Alerts and Progress Reports</w:t>
      </w:r>
    </w:p>
    <w:p w14:paraId="10F7A0FE" w14:textId="77777777" w:rsidR="009959BF" w:rsidRDefault="005F0B73">
      <w:r>
        <w:t>10. Messaging Students</w:t>
      </w:r>
    </w:p>
    <w:p w14:paraId="06E7F822" w14:textId="77777777" w:rsidR="009959BF" w:rsidRDefault="005F0B73">
      <w:r>
        <w:t>11. Helping Students Register for Courses</w:t>
      </w:r>
    </w:p>
    <w:p w14:paraId="0C26EB40" w14:textId="77777777" w:rsidR="009959BF" w:rsidRDefault="005F0B73">
      <w:r>
        <w:t>12. Reporting and Analytics</w:t>
      </w:r>
    </w:p>
    <w:p w14:paraId="4C1BA0E2" w14:textId="77777777" w:rsidR="009959BF" w:rsidRDefault="005F0B73">
      <w:r>
        <w:t>13. Best Practices for Advisors</w:t>
      </w:r>
    </w:p>
    <w:p w14:paraId="5AF7E580" w14:textId="77777777" w:rsidR="009959BF" w:rsidRDefault="005F0B73">
      <w:r>
        <w:t>14. Facilitator Training Guide</w:t>
      </w:r>
    </w:p>
    <w:p w14:paraId="732C52D0" w14:textId="77777777" w:rsidR="009959BF" w:rsidRDefault="005F0B73">
      <w:r>
        <w:t>15. Advisor Quick Reference Sheet</w:t>
      </w:r>
    </w:p>
    <w:p w14:paraId="500FE7E2" w14:textId="77777777" w:rsidR="008B12F7" w:rsidRDefault="008B12F7" w:rsidP="008B12F7"/>
    <w:p w14:paraId="60BEE22A" w14:textId="77777777" w:rsidR="008B12F7" w:rsidRDefault="008B12F7" w:rsidP="008B12F7"/>
    <w:p w14:paraId="4C614F8B" w14:textId="77777777" w:rsidR="008B12F7" w:rsidRDefault="008B12F7" w:rsidP="008B12F7"/>
    <w:p w14:paraId="365FB7DD" w14:textId="77777777" w:rsidR="008B12F7" w:rsidRDefault="008B12F7" w:rsidP="008B12F7"/>
    <w:p w14:paraId="316EE8F4" w14:textId="77777777" w:rsidR="008B12F7" w:rsidRDefault="008B12F7" w:rsidP="008B12F7"/>
    <w:p w14:paraId="1A5633EE" w14:textId="77777777" w:rsidR="008B12F7" w:rsidRDefault="008B12F7" w:rsidP="008B12F7"/>
    <w:p w14:paraId="0789A100" w14:textId="77777777" w:rsidR="008B12F7" w:rsidRDefault="008B12F7" w:rsidP="008B12F7"/>
    <w:p w14:paraId="79B2ED8A" w14:textId="77777777" w:rsidR="008B12F7" w:rsidRDefault="008B12F7" w:rsidP="008B12F7"/>
    <w:p w14:paraId="6BEA6AAA" w14:textId="77777777" w:rsidR="008B12F7" w:rsidRDefault="008B12F7" w:rsidP="008B12F7"/>
    <w:p w14:paraId="7220EDFE" w14:textId="77777777" w:rsidR="008B12F7" w:rsidRDefault="008B12F7" w:rsidP="008B12F7"/>
    <w:p w14:paraId="5A507028" w14:textId="0EEE96EE" w:rsidR="009959BF" w:rsidRPr="008B12F7" w:rsidRDefault="005F0B73" w:rsidP="008B12F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8B12F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lastRenderedPageBreak/>
        <w:t>1. Navigate Dashboard Overview</w:t>
      </w:r>
    </w:p>
    <w:p w14:paraId="5AEB96FB" w14:textId="77777777" w:rsidR="009959BF" w:rsidRDefault="005F0B73">
      <w:r>
        <w:t>Navigate360 is a student success platform that allows advisors, faculty, and staff to track student engagement, schedule appointments, document interactions, and coordinate support services across campus.</w:t>
      </w:r>
    </w:p>
    <w:p w14:paraId="1B0BFCF8" w14:textId="77777777" w:rsidR="009959BF" w:rsidRDefault="005F0B73">
      <w:pPr>
        <w:pStyle w:val="Heading2"/>
      </w:pPr>
      <w:r>
        <w:t>Staff Home Dashboard Example</w:t>
      </w:r>
    </w:p>
    <w:p w14:paraId="35F46B25" w14:textId="77777777" w:rsidR="009959BF" w:rsidRDefault="005F0B73">
      <w:r>
        <w:rPr>
          <w:noProof/>
        </w:rPr>
        <w:drawing>
          <wp:inline distT="0" distB="0" distL="0" distR="0" wp14:anchorId="0002B96D" wp14:editId="03903217">
            <wp:extent cx="5943600" cy="33243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31a1e5-77af-44f3-a09b-1ff999c0c73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EA36" w14:textId="21DEFE5A" w:rsidR="009959BF" w:rsidRDefault="005F0B73" w:rsidP="006F6BAE">
      <w:pPr>
        <w:jc w:val="center"/>
      </w:pPr>
      <w:r>
        <w:t>Example of the Navigate360 Staff Home dashboard used by advisors and student success staff.</w:t>
      </w:r>
    </w:p>
    <w:p w14:paraId="7705EFDB" w14:textId="77777777" w:rsidR="009959BF" w:rsidRDefault="005F0B73">
      <w:pPr>
        <w:pStyle w:val="Heading1"/>
      </w:pPr>
      <w:r>
        <w:t>2. Searching for Students</w:t>
      </w:r>
    </w:p>
    <w:p w14:paraId="39CFA762" w14:textId="0642B4CF" w:rsidR="009959BF" w:rsidRDefault="005F0B73">
      <w:pPr>
        <w:pStyle w:val="ListBullet"/>
      </w:pPr>
      <w:r>
        <w:t>Use the search bar at the top of the dashboard.</w:t>
      </w:r>
    </w:p>
    <w:p w14:paraId="6E553A22" w14:textId="5AA812A6" w:rsidR="009959BF" w:rsidRDefault="005F0B73">
      <w:pPr>
        <w:pStyle w:val="ListBullet"/>
      </w:pPr>
      <w:r>
        <w:t>Enter the student's name, ID, or email.</w:t>
      </w:r>
    </w:p>
    <w:p w14:paraId="56A41AE5" w14:textId="56042F27" w:rsidR="009959BF" w:rsidRDefault="005F0B73">
      <w:pPr>
        <w:pStyle w:val="ListBullet"/>
      </w:pPr>
      <w:r>
        <w:t>Click the student result to open the full profile.</w:t>
      </w:r>
    </w:p>
    <w:p w14:paraId="113BAFC9" w14:textId="5B215BC3" w:rsidR="009C5C2D" w:rsidRDefault="00DB3780" w:rsidP="009C5C2D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CA3DC7" wp14:editId="451DC118">
                <wp:simplePos x="0" y="0"/>
                <wp:positionH relativeFrom="column">
                  <wp:posOffset>971186</wp:posOffset>
                </wp:positionH>
                <wp:positionV relativeFrom="paragraph">
                  <wp:posOffset>222440</wp:posOffset>
                </wp:positionV>
                <wp:extent cx="442639" cy="267913"/>
                <wp:effectExtent l="38100" t="38100" r="52705" b="94615"/>
                <wp:wrapNone/>
                <wp:docPr id="214404621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2639" cy="2679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379D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6.45pt;margin-top:17.5pt;width:34.85pt;height:21.1pt;flip:y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QYyAEAANkDAAAOAAAAZHJzL2Uyb0RvYy54bWysU02P1DAMvSPxH6LcmXa6q4GtprOHWeCC&#10;YMXXPZs6baQ0iRIzbf89TtrtIkAgIS5Wmvg9+z27x9tpMOwCIWpnG77flZyBla7Vtmv4l89vXrzi&#10;LKKwrTDOQsNniPz29PzZcfQ1VK53poXAiMTGevQN7xF9XRRR9jCIuHMeLD0qFwaB9Bm6og1iJPbB&#10;FFVZHorRhdYHJyFGur1bHvkp8ysFEj8oFQGZaTj1hjmGHB9SLE5HUXdB+F7LtQ3xD10MQlsqulHd&#10;CRTsW9C/UA1aBhedwp10Q+GU0hKyBlKzL39S86kXHrIWMif6zab4/2jl+8vZ3geyYfSxjv4+JBWT&#10;CgNTRvuvNNOsizplU7Zt3myDCZmky+vr6nB1w5mkp+rw8mZ/lWwtFppE50PEt+AGlg4NjxiE7no8&#10;O2tpQC4sJcTlXcQF+AhIYGNTRKHNa9synD1tEQYtbGdgrZNSiqf+8wlnAwv8IyimW+qzykryasHZ&#10;BHYRtBRCSrBYbUyUnWBKG7MBy78D1/wEhbx2G3gR98eqGyJXdhY38KCtC7+rjtN+bVkt+Y8OLLqT&#10;BQ+unfNkszW0P3km666nBf3xO8Of/sjTdwAAAP//AwBQSwMEFAAGAAgAAAAhAC8Y3ZHfAAAACQEA&#10;AA8AAABkcnMvZG93bnJldi54bWxMj0FPwkAQhe8m/IfNkHiTratQqN0SxXjhgBE4eFy6Y9vYna3d&#10;BSq/3vGkx5f58uZ7+XJwrThhHxpPGm4nCQik0tuGKg373cvNHESIhqxpPaGGbwywLEZXucmsP9Mb&#10;nraxElxCITMa6hi7TMpQ1uhMmPgOiW8fvncmcuwraXtz5nLXSpUkM+lMQ/yhNh2uaiw/t0enYePn&#10;rnt99un7vVytF+pL2aeL0/p6PDw+gIg4xD8YfvVZHQp2Ovgj2SBazlO1YFTD3ZQ3MaCUmoE4aEhT&#10;BbLI5f8FxQ8AAAD//wMAUEsBAi0AFAAGAAgAAAAhALaDOJL+AAAA4QEAABMAAAAAAAAAAAAAAAAA&#10;AAAAAFtDb250ZW50X1R5cGVzXS54bWxQSwECLQAUAAYACAAAACEAOP0h/9YAAACUAQAACwAAAAAA&#10;AAAAAAAAAAAvAQAAX3JlbHMvLnJlbHNQSwECLQAUAAYACAAAACEA1frEGMgBAADZAwAADgAAAAAA&#10;AAAAAAAAAAAuAgAAZHJzL2Uyb0RvYy54bWxQSwECLQAUAAYACAAAACEALxjdkd8AAAAJAQAADwAA&#10;AAAAAAAAAAAAAAAiBAAAZHJzL2Rvd25yZXYueG1sUEsFBgAAAAAEAAQA8wAAAC4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C5C2D" w:rsidRPr="009C5C2D">
        <w:rPr>
          <w:noProof/>
        </w:rPr>
        <w:drawing>
          <wp:inline distT="0" distB="0" distL="0" distR="0" wp14:anchorId="5483CFC3" wp14:editId="2F4CF812">
            <wp:extent cx="3445326" cy="1848274"/>
            <wp:effectExtent l="0" t="0" r="3175" b="0"/>
            <wp:docPr id="322667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679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6527" cy="185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9E1B" w14:textId="7A22D564" w:rsidR="00004197" w:rsidRPr="004B1346" w:rsidRDefault="00004197" w:rsidP="00004197">
      <w:pPr>
        <w:pStyle w:val="ListBullet"/>
        <w:numPr>
          <w:ilvl w:val="0"/>
          <w:numId w:val="10"/>
        </w:numPr>
        <w:rPr>
          <w:color w:val="FF0000"/>
        </w:rPr>
      </w:pPr>
      <w:r w:rsidRPr="004B1346">
        <w:rPr>
          <w:color w:val="FF0000"/>
        </w:rPr>
        <w:lastRenderedPageBreak/>
        <w:t>What you will see</w:t>
      </w:r>
    </w:p>
    <w:p w14:paraId="19DDE589" w14:textId="268DAA14" w:rsidR="006B0D6D" w:rsidRDefault="006B0D6D" w:rsidP="006B0D6D">
      <w:pPr>
        <w:pStyle w:val="ListBullet"/>
        <w:numPr>
          <w:ilvl w:val="0"/>
          <w:numId w:val="0"/>
        </w:numPr>
        <w:ind w:left="360" w:hanging="360"/>
      </w:pPr>
      <w:r w:rsidRPr="006B0D6D">
        <w:rPr>
          <w:noProof/>
        </w:rPr>
        <w:drawing>
          <wp:inline distT="0" distB="0" distL="0" distR="0" wp14:anchorId="23C28BF9" wp14:editId="765B642A">
            <wp:extent cx="3436280" cy="1804842"/>
            <wp:effectExtent l="0" t="0" r="0" b="5080"/>
            <wp:docPr id="482256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560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7491" cy="183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8966F" w14:textId="430B13C8" w:rsidR="009959BF" w:rsidRDefault="005F0B73">
      <w:pPr>
        <w:pStyle w:val="Heading1"/>
      </w:pPr>
      <w:r>
        <w:t>3. Viewing Assigned Students</w:t>
      </w:r>
    </w:p>
    <w:p w14:paraId="66FF193A" w14:textId="5A76170F" w:rsidR="00D53588" w:rsidRDefault="00B9601F" w:rsidP="004008EE">
      <w:pPr>
        <w:pStyle w:val="NoSpacing"/>
        <w:numPr>
          <w:ilvl w:val="0"/>
          <w:numId w:val="10"/>
        </w:numPr>
      </w:pPr>
      <w:r>
        <w:t>If you have multiple roles in Navigate, switch between roles</w:t>
      </w:r>
      <w:r w:rsidR="004008EE">
        <w:t xml:space="preserve"> (Student, Staff, Professor)</w:t>
      </w:r>
    </w:p>
    <w:p w14:paraId="0EA018F6" w14:textId="6E4BA4D3" w:rsidR="009959BF" w:rsidRDefault="005F0B73" w:rsidP="004008EE">
      <w:pPr>
        <w:pStyle w:val="NoSpacing"/>
        <w:numPr>
          <w:ilvl w:val="0"/>
          <w:numId w:val="10"/>
        </w:numPr>
      </w:pPr>
      <w:r>
        <w:t>Click the 'Students' tab on the Staff Home page.</w:t>
      </w:r>
    </w:p>
    <w:p w14:paraId="2EEA59EE" w14:textId="19BB70A8" w:rsidR="009959BF" w:rsidRDefault="005F0B73" w:rsidP="004008EE">
      <w:pPr>
        <w:pStyle w:val="NoSpacing"/>
        <w:numPr>
          <w:ilvl w:val="0"/>
          <w:numId w:val="10"/>
        </w:numPr>
      </w:pPr>
      <w:r>
        <w:t>Select 'Assigned Students' from the list type menu.</w:t>
      </w:r>
    </w:p>
    <w:p w14:paraId="6F88BAA7" w14:textId="518ADF89" w:rsidR="009959BF" w:rsidRDefault="005F0B73" w:rsidP="004008EE">
      <w:pPr>
        <w:pStyle w:val="NoSpacing"/>
        <w:numPr>
          <w:ilvl w:val="0"/>
          <w:numId w:val="10"/>
        </w:numPr>
      </w:pPr>
      <w:r>
        <w:t>Use filters to narrow by term or relationship type.</w:t>
      </w:r>
      <w:r w:rsidR="004008EE" w:rsidRPr="004008EE">
        <w:rPr>
          <w:noProof/>
        </w:rPr>
        <w:t xml:space="preserve"> </w:t>
      </w:r>
    </w:p>
    <w:p w14:paraId="3BF76FB1" w14:textId="57AE5CBD" w:rsidR="004008EE" w:rsidRDefault="004008EE" w:rsidP="004008E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9F0E4E9" wp14:editId="1B45F99B">
                <wp:simplePos x="0" y="0"/>
                <wp:positionH relativeFrom="column">
                  <wp:posOffset>739551</wp:posOffset>
                </wp:positionH>
                <wp:positionV relativeFrom="paragraph">
                  <wp:posOffset>2000922</wp:posOffset>
                </wp:positionV>
                <wp:extent cx="365617" cy="103889"/>
                <wp:effectExtent l="57150" t="38100" r="53975" b="106045"/>
                <wp:wrapNone/>
                <wp:docPr id="123645757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83F9" id="Straight Arrow Connector 2" o:spid="_x0000_s1026" type="#_x0000_t32" style="position:absolute;margin-left:58.25pt;margin-top:157.55pt;width:28.8pt;height:8.2p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CjrmwI4AAA&#10;AAsBAAAPAAAAZHJzL2Rvd25yZXYueG1sTI9LT8MwEITvSPwHa5G4IOoY6EMhToWK4FSponBob268&#10;eYh4HcVOGv492xPcdmZHs99m68m1YsQ+NJ40qFkCAqnwtqFKw9fn2/0KRIiGrGk9oYYfDLDOr68y&#10;k1p/pg8c97ESXEIhNRrqGLtUylDU6EyY+Q6Jd6XvnYks+0ra3py53LXyIUkW0pmG+EJtOtzUWHzv&#10;B6chOezG97vtQMuNX21fd3XpjqrU+vZmenkGEXGKf2G44DM65Mx08gPZIFrWajHnqIZHNVcgLonl&#10;Ew8ndtgCmWfy/w/5LwAAAP//AwBQSwECLQAUAAYACAAAACEAtoM4kv4AAADhAQAAEwAAAAAAAAAA&#10;AAAAAAAAAAAAW0NvbnRlbnRfVHlwZXNdLnhtbFBLAQItABQABgAIAAAAIQA4/SH/1gAAAJQBAAAL&#10;AAAAAAAAAAAAAAAAAC8BAABfcmVscy8ucmVsc1BLAQItABQABgAIAAAAIQAgK5XQBQIAAAUEAAAO&#10;AAAAAAAAAAAAAAAAAC4CAABkcnMvZTJvRG9jLnhtbFBLAQItABQABgAIAAAAIQCjrmwI4AAAAAsB&#10;AAAPAAAAAAAAAAAAAAAAAF8EAABkcnMvZG93bnJldi54bWxQSwUGAAAAAAQABADzAAAAbA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1179086" wp14:editId="3AF4318D">
                <wp:simplePos x="0" y="0"/>
                <wp:positionH relativeFrom="column">
                  <wp:posOffset>851087</wp:posOffset>
                </wp:positionH>
                <wp:positionV relativeFrom="paragraph">
                  <wp:posOffset>875441</wp:posOffset>
                </wp:positionV>
                <wp:extent cx="365617" cy="103889"/>
                <wp:effectExtent l="57150" t="38100" r="53975" b="106045"/>
                <wp:wrapNone/>
                <wp:docPr id="92358711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363A" id="Straight Arrow Connector 2" o:spid="_x0000_s1026" type="#_x0000_t32" style="position:absolute;margin-left:67pt;margin-top:68.95pt;width:28.8pt;height:8.2pt;flip:x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D0/CAR4AAA&#10;AAsBAAAPAAAAZHJzL2Rvd25yZXYueG1sTI9LT8MwEITvSPwHa5G4IOqElj5CnAoVwalSReEANzfe&#10;PES8jmInDf+ezYneZrSj2W/S7WgbMWDna0cK4lkEAil3pqZSwefH6/0ahA+ajG4coYJf9LDNrq9S&#10;nRh3pnccjqEUXEI+0QqqENpESp9XaLWfuRaJb4XrrA5su1KaTp+53DbyIYqW0uqa+EOlW9xVmP8c&#10;e6sg+joMb3f7nlY7t96/HKrCfseFUrc34/MTiIBj+A/DhM/okDHTyfVkvGjYzxe8JUxitQExJTbx&#10;EsSJxeNiDjJL5eWG7A8AAP//AwBQSwECLQAUAAYACAAAACEAtoM4kv4AAADhAQAAEwAAAAAAAAAA&#10;AAAAAAAAAAAAW0NvbnRlbnRfVHlwZXNdLnhtbFBLAQItABQABgAIAAAAIQA4/SH/1gAAAJQBAAAL&#10;AAAAAAAAAAAAAAAAAC8BAABfcmVscy8ucmVsc1BLAQItABQABgAIAAAAIQAgK5XQBQIAAAUEAAAO&#10;AAAAAAAAAAAAAAAAAC4CAABkcnMvZTJvRG9jLnhtbFBLAQItABQABgAIAAAAIQD0/CAR4AAAAAsB&#10;AAAPAAAAAAAAAAAAAAAAAF8EAABkcnMvZG93bnJldi54bWxQSwUGAAAAAAQABADzAAAAbA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DA8EB6A" wp14:editId="0AB41E1F">
                <wp:simplePos x="0" y="0"/>
                <wp:positionH relativeFrom="column">
                  <wp:posOffset>905323</wp:posOffset>
                </wp:positionH>
                <wp:positionV relativeFrom="paragraph">
                  <wp:posOffset>239134</wp:posOffset>
                </wp:positionV>
                <wp:extent cx="365617" cy="103889"/>
                <wp:effectExtent l="57150" t="38100" r="53975" b="106045"/>
                <wp:wrapNone/>
                <wp:docPr id="33360852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A8894" id="Straight Arrow Connector 2" o:spid="_x0000_s1026" type="#_x0000_t32" style="position:absolute;margin-left:71.3pt;margin-top:18.85pt;width:28.8pt;height:8.2pt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DAOi5u3wAA&#10;AAkBAAAPAAAAZHJzL2Rvd25yZXYueG1sTI/LTsMwEEX3SPyDNUhsEHUSSlOFOBUqglWlisKi3bnx&#10;5CHicRQ7afh7hhUsr+bo3jP5ZradmHDwrSMF8SICgVQ601Kt4PPj9X4NwgdNRneOUME3etgU11e5&#10;zoy70DtOh1ALLiGfaQVNCH0mpS8btNovXI/Et8oNVgeOQy3NoC9cbjuZRNFKWt0SLzS6x22D5ddh&#10;tAqi4356u9uNlG7deveybyp7iiulbm/m5ycQAefwB8OvPqtDwU5nN5LxouO8TFaMKnhIUxAM8FwC&#10;4qzgcRmDLHL5/4PiBwAA//8DAFBLAQItABQABgAIAAAAIQC2gziS/gAAAOEBAAATAAAAAAAAAAAA&#10;AAAAAAAAAABbQ29udGVudF9UeXBlc10ueG1sUEsBAi0AFAAGAAgAAAAhADj9If/WAAAAlAEAAAsA&#10;AAAAAAAAAAAAAAAALwEAAF9yZWxzLy5yZWxzUEsBAi0AFAAGAAgAAAAhACArldAFAgAABQQAAA4A&#10;AAAAAAAAAAAAAAAALgIAAGRycy9lMm9Eb2MueG1sUEsBAi0AFAAGAAgAAAAhAMA6Lm7fAAAACQEA&#10;AA8AAAAAAAAAAAAAAAAAXwQAAGRycy9kb3ducmV2LnhtbFBLBQYAAAAABAAEAPMAAABrBQAAAAA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4008EE">
        <w:rPr>
          <w:noProof/>
        </w:rPr>
        <w:drawing>
          <wp:inline distT="0" distB="0" distL="0" distR="0" wp14:anchorId="797A4FE5" wp14:editId="78E72D1D">
            <wp:extent cx="5486400" cy="2787650"/>
            <wp:effectExtent l="0" t="0" r="0" b="0"/>
            <wp:docPr id="1880681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819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059A" w14:textId="2BF72D04" w:rsidR="0099580D" w:rsidRPr="0099580D" w:rsidRDefault="005F0B73" w:rsidP="004008EE">
      <w:pPr>
        <w:pStyle w:val="Heading1"/>
      </w:pPr>
      <w:r>
        <w:t xml:space="preserve">4. Setting Appointment </w:t>
      </w:r>
      <w:r w:rsidR="004008EE">
        <w:t>Availability</w:t>
      </w:r>
    </w:p>
    <w:p w14:paraId="63A8D61F" w14:textId="77777777" w:rsidR="009959BF" w:rsidRDefault="005F0B73">
      <w:pPr>
        <w:pStyle w:val="ListBullet"/>
      </w:pPr>
      <w:r>
        <w:t>Click the 'My Availability' tab.</w:t>
      </w:r>
    </w:p>
    <w:p w14:paraId="5F2B5F1E" w14:textId="04CC8AE3" w:rsidR="009959BF" w:rsidRDefault="005F0B73">
      <w:pPr>
        <w:pStyle w:val="ListBullet"/>
      </w:pPr>
      <w:r>
        <w:t>Select 'Add Time'.</w:t>
      </w:r>
      <w:r w:rsidR="006C2338">
        <w:t xml:space="preserve"> </w:t>
      </w:r>
    </w:p>
    <w:p w14:paraId="1DECE568" w14:textId="4486BF68" w:rsidR="009959BF" w:rsidRDefault="005F0B73">
      <w:pPr>
        <w:pStyle w:val="ListBullet"/>
      </w:pPr>
      <w:r>
        <w:t xml:space="preserve">Choose days, times, location, </w:t>
      </w:r>
      <w:r w:rsidR="00136C43">
        <w:t>range</w:t>
      </w:r>
      <w:r w:rsidR="004008EE">
        <w:t>,</w:t>
      </w:r>
      <w:r w:rsidR="00136C43">
        <w:t xml:space="preserve"> </w:t>
      </w:r>
      <w:r>
        <w:t>and appointment type.</w:t>
      </w:r>
    </w:p>
    <w:p w14:paraId="36BFBB46" w14:textId="344C655E" w:rsidR="004008EE" w:rsidRDefault="005F0B73" w:rsidP="004008EE">
      <w:pPr>
        <w:pStyle w:val="ListBullet"/>
      </w:pPr>
      <w:r>
        <w:t>Save availability to allow students to book meetings.</w:t>
      </w:r>
    </w:p>
    <w:p w14:paraId="4307F258" w14:textId="7812A70C" w:rsidR="004008EE" w:rsidRDefault="004008EE" w:rsidP="004008EE">
      <w:pPr>
        <w:pStyle w:val="ListBulle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B595351" wp14:editId="2A639B4A">
                <wp:simplePos x="0" y="0"/>
                <wp:positionH relativeFrom="column">
                  <wp:posOffset>936812</wp:posOffset>
                </wp:positionH>
                <wp:positionV relativeFrom="paragraph">
                  <wp:posOffset>569259</wp:posOffset>
                </wp:positionV>
                <wp:extent cx="365617" cy="103889"/>
                <wp:effectExtent l="57150" t="38100" r="53975" b="106045"/>
                <wp:wrapNone/>
                <wp:docPr id="109668303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60A68" id="Straight Arrow Connector 2" o:spid="_x0000_s1026" type="#_x0000_t32" style="position:absolute;margin-left:73.75pt;margin-top:44.8pt;width:28.8pt;height:8.2pt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DOuKoY4AAA&#10;AAoBAAAPAAAAZHJzL2Rvd25yZXYueG1sTI/BTsMwEETvSPyDtUhcELVT0TSEOBUqglOlisKhvbmx&#10;E0fE6yh20vD3LCc4juZp9m2xmV3HJjOE1qOEZCGAGay8brGR8Pnxep8BC1GhVp1HI+HbBNiU11eF&#10;yrW/4LuZDrFhNIIhVxJsjH3OeaiscSosfG+QutoPTkWKQ8P1oC407jq+FCLlTrVIF6zqzdaa6usw&#10;OgniuJ/e7nYjrrc+273sbe1OSS3l7c38/AQsmjn+wfCrT+pQktPZj6gD6yg/rFeESsgeU2AELMUq&#10;AXamRqQCeFnw/y+UPwAAAP//AwBQSwECLQAUAAYACAAAACEAtoM4kv4AAADhAQAAEwAAAAAAAAAA&#10;AAAAAAAAAAAAW0NvbnRlbnRfVHlwZXNdLnhtbFBLAQItABQABgAIAAAAIQA4/SH/1gAAAJQBAAAL&#10;AAAAAAAAAAAAAAAAAC8BAABfcmVscy8ucmVsc1BLAQItABQABgAIAAAAIQAgK5XQBQIAAAUEAAAO&#10;AAAAAAAAAAAAAAAAAC4CAABkcnMvZTJvRG9jLnhtbFBLAQItABQABgAIAAAAIQDOuKoY4AAAAAoB&#10;AAAPAAAAAAAAAAAAAAAAAF8EAABkcnMvZG93bnJldi54bWxQSwUGAAAAAAQABADzAAAAbA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73BC15" wp14:editId="4A493C46">
                <wp:simplePos x="0" y="0"/>
                <wp:positionH relativeFrom="column">
                  <wp:posOffset>632011</wp:posOffset>
                </wp:positionH>
                <wp:positionV relativeFrom="paragraph">
                  <wp:posOffset>914400</wp:posOffset>
                </wp:positionV>
                <wp:extent cx="365617" cy="103889"/>
                <wp:effectExtent l="57150" t="38100" r="53975" b="106045"/>
                <wp:wrapNone/>
                <wp:docPr id="201558342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CDCA" id="Straight Arrow Connector 2" o:spid="_x0000_s1026" type="#_x0000_t32" style="position:absolute;margin-left:49.75pt;margin-top:1in;width:28.8pt;height:8.2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Brqrc04QAA&#10;AAoBAAAPAAAAZHJzL2Rvd25yZXYueG1sTI/NTsMwEITvSLyDtUhcELWD0r8Qp0JFcKpUUTi0Nzd2&#10;4oh4HcVOGt6e7Qluuzuj2W/yzeRaNpo+NB4lJDMBzGDpdYO1hK/Pt8cVsBAVatV6NBJ+TIBNcXuT&#10;q0z7C36Y8RBrRiEYMiXBxthlnIfSGqfCzHcGSat871Skta+57tWFwl3Ln4RYcKcapA9WdWZrTfl9&#10;GJwEcdyP7w+7AZdbv9q97m3lTkkl5f3d9PIMLJop/pnhik/oUBDT2Q+oA2slrNdzctI9TanT1TBf&#10;JsDONCxECrzI+f8KxS8AAAD//wMAUEsBAi0AFAAGAAgAAAAhALaDOJL+AAAA4QEAABMAAAAAAAAA&#10;AAAAAAAAAAAAAFtDb250ZW50X1R5cGVzXS54bWxQSwECLQAUAAYACAAAACEAOP0h/9YAAACUAQAA&#10;CwAAAAAAAAAAAAAAAAAvAQAAX3JlbHMvLnJlbHNQSwECLQAUAAYACAAAACEAICuV0AUCAAAFBAAA&#10;DgAAAAAAAAAAAAAAAAAuAgAAZHJzL2Uyb0RvYy54bWxQSwECLQAUAAYACAAAACEAa6q3NOEAAAAK&#10;AQAADwAAAAAAAAAAAAAAAABfBAAAZHJzL2Rvd25yZXYueG1sUEsFBgAAAAAEAAQA8wAAAG0FAAAA&#10;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C94C618" wp14:editId="76939D84">
                <wp:simplePos x="0" y="0"/>
                <wp:positionH relativeFrom="column">
                  <wp:posOffset>389703</wp:posOffset>
                </wp:positionH>
                <wp:positionV relativeFrom="paragraph">
                  <wp:posOffset>833456</wp:posOffset>
                </wp:positionV>
                <wp:extent cx="365617" cy="103889"/>
                <wp:effectExtent l="57150" t="38100" r="53975" b="106045"/>
                <wp:wrapNone/>
                <wp:docPr id="1726330117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D56FA" id="Straight Arrow Connector 2" o:spid="_x0000_s1026" type="#_x0000_t32" style="position:absolute;margin-left:30.7pt;margin-top:65.65pt;width:28.8pt;height:8.2pt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BxznXn4QAA&#10;AAoBAAAPAAAAZHJzL2Rvd25yZXYueG1sTI/BTsMwEETvSPyDtUhcEHVMq6aEOBUqglOlitJDubmx&#10;E0fE6yh20vD3bE/ltrszmn2TryfXstH0ofEoQcwSYAZLrxusJRy+3h9XwEJUqFXr0Uj4NQHWxe1N&#10;rjLtz/hpxn2sGYVgyJQEG2OXcR5Ka5wKM98ZJK3yvVOR1r7muldnCnctf0qSJXeqQfpgVWc21pQ/&#10;+8FJSI678eNhO2C68avt285W7ltUUt7fTa8vwKKZ4tUMF3xCh4KYTn5AHVgrYSkW5KT7XMyBXQzi&#10;mcqdaFikKfAi5/8rFH8AAAD//wMAUEsBAi0AFAAGAAgAAAAhALaDOJL+AAAA4QEAABMAAAAAAAAA&#10;AAAAAAAAAAAAAFtDb250ZW50X1R5cGVzXS54bWxQSwECLQAUAAYACAAAACEAOP0h/9YAAACUAQAA&#10;CwAAAAAAAAAAAAAAAAAvAQAAX3JlbHMvLnJlbHNQSwECLQAUAAYACAAAACEAICuV0AUCAAAFBAAA&#10;DgAAAAAAAAAAAAAAAAAuAgAAZHJzL2Uyb0RvYy54bWxQSwECLQAUAAYACAAAACEAcc515+EAAAAK&#10;AQAADwAAAAAAAAAAAAAAAABfBAAAZHJzL2Rvd25yZXYueG1sUEsFBgAAAAAEAAQA8wAAAG0FAAAA&#10;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4008EE">
        <w:rPr>
          <w:noProof/>
        </w:rPr>
        <w:drawing>
          <wp:inline distT="0" distB="0" distL="0" distR="0" wp14:anchorId="333CC8E8" wp14:editId="2A96B2EF">
            <wp:extent cx="5486400" cy="2823210"/>
            <wp:effectExtent l="0" t="0" r="0" b="0"/>
            <wp:docPr id="1226210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107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E0E2" w14:textId="2FCE8ED1" w:rsidR="00112320" w:rsidRPr="00112320" w:rsidRDefault="005F0B73" w:rsidP="004008EE">
      <w:pPr>
        <w:pStyle w:val="Heading1"/>
      </w:pPr>
      <w:r>
        <w:t>5. Scheduling Appointments</w:t>
      </w:r>
    </w:p>
    <w:p w14:paraId="19B49873" w14:textId="77777777" w:rsidR="009959BF" w:rsidRDefault="005F0B73">
      <w:pPr>
        <w:pStyle w:val="ListBullet"/>
      </w:pPr>
      <w:r>
        <w:t>Open the student's profile.</w:t>
      </w:r>
    </w:p>
    <w:p w14:paraId="40494599" w14:textId="066E7F1C" w:rsidR="009959BF" w:rsidRDefault="005F0B73">
      <w:pPr>
        <w:pStyle w:val="ListBullet"/>
      </w:pPr>
      <w:r>
        <w:t xml:space="preserve">Click 'Schedule </w:t>
      </w:r>
      <w:r w:rsidR="004008EE">
        <w:t>Appointment '</w:t>
      </w:r>
      <w:r>
        <w:t>.</w:t>
      </w:r>
    </w:p>
    <w:p w14:paraId="55FFE5E8" w14:textId="2AF1A68D" w:rsidR="009959BF" w:rsidRDefault="005F0B73">
      <w:pPr>
        <w:pStyle w:val="ListBullet"/>
      </w:pPr>
      <w:r>
        <w:t xml:space="preserve">Choose </w:t>
      </w:r>
      <w:r w:rsidR="004008EE">
        <w:t>the Care Unit, Location, Service, Course if applicable, date &amp; time.</w:t>
      </w:r>
    </w:p>
    <w:p w14:paraId="5523E1A0" w14:textId="77777777" w:rsidR="009959BF" w:rsidRDefault="005F0B73">
      <w:pPr>
        <w:pStyle w:val="ListBullet"/>
      </w:pPr>
      <w:r>
        <w:t>Save to confirm the appointment.</w:t>
      </w:r>
    </w:p>
    <w:p w14:paraId="0A9D0280" w14:textId="5387E3D2" w:rsidR="003450C7" w:rsidRDefault="003450C7" w:rsidP="003450C7">
      <w:pPr>
        <w:pStyle w:val="ListBullet"/>
        <w:numPr>
          <w:ilvl w:val="0"/>
          <w:numId w:val="0"/>
        </w:numPr>
      </w:pPr>
      <w:r w:rsidRPr="003450C7">
        <w:rPr>
          <w:noProof/>
        </w:rPr>
        <w:drawing>
          <wp:inline distT="0" distB="0" distL="0" distR="0" wp14:anchorId="1F3BC4DC" wp14:editId="26127EE4">
            <wp:extent cx="5486400" cy="2778125"/>
            <wp:effectExtent l="0" t="0" r="0" b="3175"/>
            <wp:docPr id="100683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385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3A9FD" w14:textId="77777777" w:rsidR="009959BF" w:rsidRDefault="005F0B73">
      <w:pPr>
        <w:pStyle w:val="Heading1"/>
      </w:pPr>
      <w:r>
        <w:t>6. Adding Advising Notes</w:t>
      </w:r>
    </w:p>
    <w:p w14:paraId="27ED3A36" w14:textId="77777777" w:rsidR="009959BF" w:rsidRDefault="005F0B73">
      <w:pPr>
        <w:pStyle w:val="ListBullet"/>
      </w:pPr>
      <w:r>
        <w:t>Open the student's profile.</w:t>
      </w:r>
    </w:p>
    <w:p w14:paraId="52DEE14A" w14:textId="77777777" w:rsidR="009959BF" w:rsidRDefault="005F0B73">
      <w:pPr>
        <w:pStyle w:val="ListBullet"/>
      </w:pPr>
      <w:r>
        <w:t>Click 'Add Note'.</w:t>
      </w:r>
    </w:p>
    <w:p w14:paraId="4B75AC26" w14:textId="77777777" w:rsidR="009959BF" w:rsidRDefault="005F0B73">
      <w:pPr>
        <w:pStyle w:val="ListBullet"/>
      </w:pPr>
      <w:r>
        <w:t>Choose the appropriate note category.</w:t>
      </w:r>
    </w:p>
    <w:p w14:paraId="7C5A0697" w14:textId="77777777" w:rsidR="009959BF" w:rsidRDefault="005F0B73">
      <w:pPr>
        <w:pStyle w:val="ListBullet"/>
      </w:pPr>
      <w:r>
        <w:lastRenderedPageBreak/>
        <w:t>Document the advising conversation and save.</w:t>
      </w:r>
    </w:p>
    <w:p w14:paraId="40C68E5B" w14:textId="5D661766" w:rsidR="00DB619D" w:rsidRDefault="00B2501C" w:rsidP="00DB619D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B14A8A" wp14:editId="21858B84">
                <wp:simplePos x="0" y="0"/>
                <wp:positionH relativeFrom="column">
                  <wp:posOffset>4543676</wp:posOffset>
                </wp:positionH>
                <wp:positionV relativeFrom="paragraph">
                  <wp:posOffset>1602453</wp:posOffset>
                </wp:positionV>
                <wp:extent cx="420825" cy="124592"/>
                <wp:effectExtent l="38100" t="38100" r="55880" b="104140"/>
                <wp:wrapNone/>
                <wp:docPr id="58427099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8FD0" id="Straight Arrow Connector 2" o:spid="_x0000_s1026" type="#_x0000_t32" style="position:absolute;margin-left:357.75pt;margin-top:126.2pt;width:33.15pt;height:9.8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F5D2wEAAA0EAAAOAAAAZHJzL2Uyb0RvYy54bWysU9uO0zAQfUfiHyy/06TRLlqqpvvQpfCA&#10;YMXlA1xnnFhybGs89PL3jJ02y00gIfIwiu05Z+Ycj9f3p9GJA2CywbdyuailAK9DZ33fyi+fdy/u&#10;pEikfKdc8NDKMyR5v3n+bH2MK2jCEFwHKJjEp9UxtnIgiquqSnqAUaVFiOD50AQcFfES+6pDdWT2&#10;0VVNXb+sjgG7iEFDSrz7MB3KTeE3BjR9MCYBCddK7o1KxBL3OVabtVr1qOJg9aUN9Q9djMp6LjpT&#10;PShS4ivaX6hGqzGkYGihw1gFY6yGooHVLOuf1HwaVISihc1JcbYp/T9a/f6w9Y/INhxjWqX4iFnF&#10;yeAojLPxLd9p0cWdilOx7TzbBicSmjdvmvquuZVC89Gyubl91WRbq4km00VM9AbCKPJPKxOhsv1A&#10;2+A9X1DAqYQ6vEs0Aa+ADHY+xxSc7XbWubLAfr91KA6Kb3W3q/m7VPwhjZR1r30n6Bx58git8r2D&#10;S2amrZ40lz86O5hKfgQjbMfamqK+jCPMJZXW4Gk5M3F2hhlubwbWfwde8jMUyqjO4MmQP1adEaVy&#10;8DSDR+sD/q46na4tmyn/6sCkO1uwD925TEOxhmeu3OPlfeSh/n5d4E+vePMNAAD//wMAUEsDBBQA&#10;BgAIAAAAIQAekLqX4AAAAAsBAAAPAAAAZHJzL2Rvd25yZXYueG1sTI/BToQwEIbvJr5DMyZejNtC&#10;RAhSNmaNnjbZuHrQW5cWSqRTQguLb+940uPMfPnn+6vt6ga2mCn0HiUkGwHMYON1j52E97fn2wJY&#10;iAq1GjwaCd8mwLa+vKhUqf0ZX81yjB2jEAylkmBjHEvOQ2ONU2HjR4N0a/3kVKRx6rie1JnC3cBT&#10;Ie65Uz3SB6tGs7Om+TrOToL4OCwvN/sZ850v9k8H27rPpJXy+mp9fAAWzRr/YPjVJ3WoyenkZ9SB&#10;DRLyJMsIlZBm6R0wIvIioTIn2uSpAF5X/H+H+gcAAP//AwBQSwECLQAUAAYACAAAACEAtoM4kv4A&#10;AADhAQAAEwAAAAAAAAAAAAAAAAAAAAAAW0NvbnRlbnRfVHlwZXNdLnhtbFBLAQItABQABgAIAAAA&#10;IQA4/SH/1gAAAJQBAAALAAAAAAAAAAAAAAAAAC8BAABfcmVscy8ucmVsc1BLAQItABQABgAIAAAA&#10;IQC82F5D2wEAAA0EAAAOAAAAAAAAAAAAAAAAAC4CAABkcnMvZTJvRG9jLnhtbFBLAQItABQABgAI&#10;AAAAIQAekLqX4AAAAAsBAAAPAAAAAAAAAAAAAAAAADUEAABkcnMvZG93bnJldi54bWxQSwUGAAAA&#10;AAQABADzAAAAQg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6907D6" wp14:editId="6685810E">
                <wp:simplePos x="0" y="0"/>
                <wp:positionH relativeFrom="column">
                  <wp:posOffset>3639627</wp:posOffset>
                </wp:positionH>
                <wp:positionV relativeFrom="paragraph">
                  <wp:posOffset>1053812</wp:posOffset>
                </wp:positionV>
                <wp:extent cx="365617" cy="103889"/>
                <wp:effectExtent l="57150" t="38100" r="53975" b="106045"/>
                <wp:wrapNone/>
                <wp:docPr id="146909914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617" cy="1038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4E7AC" id="Straight Arrow Connector 2" o:spid="_x0000_s1026" type="#_x0000_t32" style="position:absolute;margin-left:286.6pt;margin-top:83pt;width:28.8pt;height:8.2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XQBQIAAAUEAAAOAAAAZHJzL2Uyb0RvYy54bWysU02P0zAQvSPxHyzfadKWXUrVdA8thQOC&#10;FQviPPVHYsmxrbHbtP+esdMthb0hcrA8tufNezMvq4dTb9lRYTTeNXw6qTlTTnhpXNvwH993bxac&#10;xQROgvVONfysIn9Yv361GsJSzXznrVTICMTF5RAa3qUUllUVRad6iBMflKNL7bGHRCG2lUQYCL23&#10;1ayu76vBowzohYqRTrfjJV8XfK2VSF+1jiox23DilsqKZd3ntVqvYNkihM6ICw34BxY9GEdFr1Bb&#10;SMAOaF5A9Uagj16nifB95bU2QhUNpGZa/6XmqYOgihZqTgzXNsX/Byu+HDfuEakNQ4jLGB4xqzhp&#10;7Jm2JnyimRZdxJSdStvO17apU2KCDuf3d/fTd5wJuprW88XifW5rNcJkuIAxfVS+Z3nT8JgQTNul&#10;jXeOBuRxLAHHzzGNic8JOdn5nbG2zMk6NjR8dve2plEKILtoC4m2fZAE61rOwLbkQ5GwsI7eGpnT&#10;M1DEdr+xyI5AXtjtavouPP94lmtvIXbju3I1uiSBsR+cZOkcyMgJDbjWqguEdbmEKo4jGTnwh6Tw&#10;qZMD29sDfgOiSMQzdWlyG8i+Y0B2zJJKhD79NKkrk8+NfkG8vBvPwYYORprzRc4em3fRWSZw5VCi&#10;G3rV73Hn3d7Lc3FBOSevlfeX/yKb+Tam/e3fu/4FAAD//wMAUEsDBBQABgAIAAAAIQDxeUOW4QAA&#10;AAsBAAAPAAAAZHJzL2Rvd25yZXYueG1sTI/BTsMwEETvSPyDtUhcELWbQhqFOBUqglOlisKhvbmx&#10;E0fE6yh20vD3LCc47szT7EyxmV3HJjOE1qOE5UIAM1h53WIj4fPj9T4DFqJCrTqPRsK3CbApr68K&#10;lWt/wXczHWLDKARDriTYGPuc81BZ41RY+N4gebUfnIp0Dg3Xg7pQuOt4IkTKnWqRPljVm6011ddh&#10;dBLEcT+93e1GXG99tnvZ29qdlrWUtzfz8xOwaOb4B8NvfaoOJXU6+xF1YJ2Ex/UqIZSMNKVRRKQr&#10;QWPOpGTJA/Cy4P83lD8AAAD//wMAUEsBAi0AFAAGAAgAAAAhALaDOJL+AAAA4QEAABMAAAAAAAAA&#10;AAAAAAAAAAAAAFtDb250ZW50X1R5cGVzXS54bWxQSwECLQAUAAYACAAAACEAOP0h/9YAAACUAQAA&#10;CwAAAAAAAAAAAAAAAAAvAQAAX3JlbHMvLnJlbHNQSwECLQAUAAYACAAAACEAICuV0AUCAAAFBAAA&#10;DgAAAAAAAAAAAAAAAAAuAgAAZHJzL2Uyb0RvYy54bWxQSwECLQAUAAYACAAAACEA8XlDluEAAAAL&#10;AQAADwAAAAAAAAAAAAAAAABfBAAAZHJzL2Rvd25yZXYueG1sUEsFBgAAAAAEAAQA8wAAAG0FAAAA&#10;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DB619D" w:rsidRPr="00DB619D">
        <w:rPr>
          <w:noProof/>
        </w:rPr>
        <w:drawing>
          <wp:inline distT="0" distB="0" distL="0" distR="0" wp14:anchorId="43033BA9" wp14:editId="362881B5">
            <wp:extent cx="5486400" cy="2785745"/>
            <wp:effectExtent l="0" t="0" r="0" b="0"/>
            <wp:docPr id="146709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970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BD86D" w14:textId="77777777" w:rsidR="009959BF" w:rsidRDefault="005F0B73">
      <w:pPr>
        <w:pStyle w:val="Heading1"/>
      </w:pPr>
      <w:r>
        <w:t>7. Issuing Alerts</w:t>
      </w:r>
    </w:p>
    <w:p w14:paraId="556A93F4" w14:textId="77777777" w:rsidR="009959BF" w:rsidRDefault="005F0B73">
      <w:pPr>
        <w:pStyle w:val="ListBullet"/>
      </w:pPr>
      <w:r>
        <w:t>Open the student profile.</w:t>
      </w:r>
    </w:p>
    <w:p w14:paraId="74BAE6FB" w14:textId="77777777" w:rsidR="009959BF" w:rsidRDefault="005F0B73">
      <w:pPr>
        <w:pStyle w:val="ListBullet"/>
      </w:pPr>
      <w:r>
        <w:t>Click 'Issue Alert'.</w:t>
      </w:r>
    </w:p>
    <w:p w14:paraId="413C283D" w14:textId="77777777" w:rsidR="009959BF" w:rsidRDefault="005F0B73">
      <w:pPr>
        <w:pStyle w:val="ListBullet"/>
      </w:pPr>
      <w:r>
        <w:t>Select the concern type.</w:t>
      </w:r>
    </w:p>
    <w:p w14:paraId="3BE08C25" w14:textId="77777777" w:rsidR="009959BF" w:rsidRDefault="005F0B73">
      <w:pPr>
        <w:pStyle w:val="ListBullet"/>
      </w:pPr>
      <w:r>
        <w:t>Add comments and submit the alert.</w:t>
      </w:r>
    </w:p>
    <w:p w14:paraId="1A57DA66" w14:textId="771BA089" w:rsidR="00FB2515" w:rsidRDefault="00F47105" w:rsidP="00FB2515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3BC45E" wp14:editId="096CB4E0">
                <wp:simplePos x="0" y="0"/>
                <wp:positionH relativeFrom="column">
                  <wp:posOffset>3496236</wp:posOffset>
                </wp:positionH>
                <wp:positionV relativeFrom="paragraph">
                  <wp:posOffset>922095</wp:posOffset>
                </wp:positionV>
                <wp:extent cx="420825" cy="124592"/>
                <wp:effectExtent l="38100" t="38100" r="55880" b="104140"/>
                <wp:wrapNone/>
                <wp:docPr id="17695413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567E1" id="Straight Arrow Connector 2" o:spid="_x0000_s1026" type="#_x0000_t32" style="position:absolute;margin-left:275.3pt;margin-top:72.6pt;width:33.15pt;height:9.8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DeApyfhAAAA&#10;CwEAAA8AAABkcnMvZG93bnJldi54bWxMj8FOwzAMhu9IvENkJC6IpZ3WUErTCQ3BadLE4AC3rEmb&#10;isapmrQrb485wdH+P/3+XG4X17PZjKHzKCFdJcAM1l532Ep4f3u+zYGFqFCr3qOR8G0CbKvLi1IV&#10;2p/x1czH2DIqwVAoCTbGoeA81NY4FVZ+MEhZ40enIo1jy/WozlTuer5OEsGd6pAuWDWYnTX113Fy&#10;EpKPw/xys5/wbufz/dPBNu4zbaS8vloeH4BFs8Q/GH71SR0qcjr5CXVgvYQsSwShFGyyNTAiRCru&#10;gZ1oIzY58Krk/3+ofgAAAP//AwBQSwECLQAUAAYACAAAACEAtoM4kv4AAADhAQAAEwAAAAAAAAAA&#10;AAAAAAAAAAAAW0NvbnRlbnRfVHlwZXNdLnhtbFBLAQItABQABgAIAAAAIQA4/SH/1gAAAJQBAAAL&#10;AAAAAAAAAAAAAAAAAC8BAABfcmVscy8ucmVsc1BLAQItABQABgAIAAAAIQBFy04/BAIAAAUEAAAO&#10;AAAAAAAAAAAAAAAAAC4CAABkcnMvZTJvRG9jLnhtbFBLAQItABQABgAIAAAAIQA3gKcn4QAAAAsB&#10;AAAPAAAAAAAAAAAAAAAAAF4EAABkcnMvZG93bnJldi54bWxQSwUGAAAAAAQABADzAAAAbA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08F5F4" wp14:editId="180EC372">
                <wp:simplePos x="0" y="0"/>
                <wp:positionH relativeFrom="column">
                  <wp:posOffset>3442447</wp:posOffset>
                </wp:positionH>
                <wp:positionV relativeFrom="paragraph">
                  <wp:posOffset>343871</wp:posOffset>
                </wp:positionV>
                <wp:extent cx="420825" cy="124592"/>
                <wp:effectExtent l="38100" t="38100" r="55880" b="104140"/>
                <wp:wrapNone/>
                <wp:docPr id="15345657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E20A" id="Straight Arrow Connector 2" o:spid="_x0000_s1026" type="#_x0000_t32" style="position:absolute;margin-left:271.05pt;margin-top:27.1pt;width:33.15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KsIRDHgAAAA&#10;CQEAAA8AAABkcnMvZG93bnJldi54bWxMj8FOwzAMhu9IvENkJC6IJR1jq0rTCQ3BadLE2GHcssZt&#10;KhqnatKuvD1hF7jZ8qff35+vJ9uyEXvfOJKQzAQwpNLphmoJh4/X+xSYD4q0ah2hhG/0sC6ur3KV&#10;aXemdxz3oWYxhHymJJgQuoxzXxq0ys9chxRvleutCnHta657dY7htuVzIZbcqobiB6M63Bgsv/aD&#10;lSCOu/HtbjvQauPS7cvOVPYzqaS8vZmen4AFnMIfDL/6UR2K6HRyA2nPWgmPi3kS0csALAJLkS6A&#10;nSSsHlLgRc7/Nyh+AAAA//8DAFBLAQItABQABgAIAAAAIQC2gziS/gAAAOEBAAATAAAAAAAAAAAA&#10;AAAAAAAAAABbQ29udGVudF9UeXBlc10ueG1sUEsBAi0AFAAGAAgAAAAhADj9If/WAAAAlAEAAAsA&#10;AAAAAAAAAAAAAAAALwEAAF9yZWxzLy5yZWxzUEsBAi0AFAAGAAgAAAAhAEXLTj8EAgAABQQAAA4A&#10;AAAAAAAAAAAAAAAALgIAAGRycy9lMm9Eb2MueG1sUEsBAi0AFAAGAAgAAAAhAKsIRDHgAAAACQEA&#10;AA8AAAAAAAAAAAAAAAAAXgQAAGRycy9kb3ducmV2LnhtbFBLBQYAAAAABAAEAPMAAABrBQAAAAA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54BB50" wp14:editId="2AB4D672">
                <wp:simplePos x="0" y="0"/>
                <wp:positionH relativeFrom="column">
                  <wp:posOffset>4495800</wp:posOffset>
                </wp:positionH>
                <wp:positionV relativeFrom="paragraph">
                  <wp:posOffset>2087506</wp:posOffset>
                </wp:positionV>
                <wp:extent cx="420825" cy="124592"/>
                <wp:effectExtent l="38100" t="38100" r="55880" b="104140"/>
                <wp:wrapNone/>
                <wp:docPr id="113355872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0B140" id="Straight Arrow Connector 2" o:spid="_x0000_s1026" type="#_x0000_t32" style="position:absolute;margin-left:354pt;margin-top:164.35pt;width:33.15pt;height:9.8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NtFgIXiAAAA&#10;CwEAAA8AAABkcnMvZG93bnJldi54bWxMj8FOwzAQRO9I/IO1SFwQtdtU2ApxKlQEp0pVC4f25sZO&#10;HBGvo9hJw99jTnCcndHsm2Izu45MZgitRwnLBQNisPK6xUbC58fbowASokKtOo9GwrcJsClvbwqV&#10;a3/Fg5mOsSGpBEOuJNgY+5zSUFnjVFj43mDyaj84FZMcGqoHdU3lrqMrxp6oUy2mD1b1ZmtN9XUc&#10;nQR22k/vD7sR+daL3eve1u68rKW8v5tfnoFEM8e/MPziJ3QoE9PFj6gD6SRwJtKWKCFbCQ4kJThf&#10;Z0Au6bIWGdCyoP83lD8AAAD//wMAUEsBAi0AFAAGAAgAAAAhALaDOJL+AAAA4QEAABMAAAAAAAAA&#10;AAAAAAAAAAAAAFtDb250ZW50X1R5cGVzXS54bWxQSwECLQAUAAYACAAAACEAOP0h/9YAAACUAQAA&#10;CwAAAAAAAAAAAAAAAAAvAQAAX3JlbHMvLnJlbHNQSwECLQAUAAYACAAAACEARctOPwQCAAAFBAAA&#10;DgAAAAAAAAAAAAAAAAAuAgAAZHJzL2Uyb0RvYy54bWxQSwECLQAUAAYACAAAACEA20WAheIAAAAL&#10;AQAADwAAAAAAAAAAAAAAAABeBAAAZHJzL2Rvd25yZXYueG1sUEsFBgAAAAAEAAQA8wAAAG0FAAAA&#10;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B2515" w:rsidRPr="00FB2515">
        <w:rPr>
          <w:noProof/>
        </w:rPr>
        <w:drawing>
          <wp:inline distT="0" distB="0" distL="0" distR="0" wp14:anchorId="34E1D27A" wp14:editId="2F6B786E">
            <wp:extent cx="5486400" cy="2796540"/>
            <wp:effectExtent l="0" t="0" r="0" b="3810"/>
            <wp:docPr id="111336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69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3512" w14:textId="77777777" w:rsidR="009959BF" w:rsidRDefault="005F0B73">
      <w:pPr>
        <w:pStyle w:val="Heading1"/>
      </w:pPr>
      <w:r>
        <w:t>8. Messaging Students</w:t>
      </w:r>
    </w:p>
    <w:p w14:paraId="6899ADE8" w14:textId="6C3C8D4B" w:rsidR="009959BF" w:rsidRDefault="005F0B73">
      <w:pPr>
        <w:pStyle w:val="ListBullet"/>
      </w:pPr>
      <w:r>
        <w:t>From the student profile</w:t>
      </w:r>
      <w:r w:rsidR="0040152E">
        <w:t>,</w:t>
      </w:r>
      <w:r>
        <w:t xml:space="preserve"> click 'Message Student'.</w:t>
      </w:r>
    </w:p>
    <w:p w14:paraId="6AB18A3A" w14:textId="77777777" w:rsidR="009959BF" w:rsidRDefault="005F0B73">
      <w:pPr>
        <w:pStyle w:val="ListBullet"/>
      </w:pPr>
      <w:r>
        <w:t>Choose email or text messaging.</w:t>
      </w:r>
    </w:p>
    <w:p w14:paraId="00BA2163" w14:textId="685A43E8" w:rsidR="00354050" w:rsidRDefault="005F0B73">
      <w:pPr>
        <w:pStyle w:val="ListBullet"/>
      </w:pPr>
      <w:r>
        <w:lastRenderedPageBreak/>
        <w:t xml:space="preserve">Write the message </w:t>
      </w:r>
      <w:r w:rsidR="00354050">
        <w:t>or click on Apply template to choose from one of the uploaded messaging templates.</w:t>
      </w:r>
    </w:p>
    <w:p w14:paraId="222C40EB" w14:textId="14B045B4" w:rsidR="00354050" w:rsidRDefault="00354050">
      <w:pPr>
        <w:pStyle w:val="ListBullet"/>
      </w:pPr>
      <w:r>
        <w:t>Upload any attachments</w:t>
      </w:r>
      <w:r w:rsidR="00B96863">
        <w:t xml:space="preserve"> (If applicable).</w:t>
      </w:r>
    </w:p>
    <w:p w14:paraId="3810B0F5" w14:textId="1DEAC3A2" w:rsidR="009959BF" w:rsidRDefault="00354050">
      <w:pPr>
        <w:pStyle w:val="ListBullet"/>
      </w:pPr>
      <w:r>
        <w:t>C</w:t>
      </w:r>
      <w:r w:rsidR="005F0B73">
        <w:t xml:space="preserve">lick </w:t>
      </w:r>
      <w:r>
        <w:t>Send</w:t>
      </w:r>
      <w:r w:rsidR="005F0B73">
        <w:t>.</w:t>
      </w:r>
    </w:p>
    <w:p w14:paraId="499CFEB5" w14:textId="130B1DE0" w:rsidR="001B407C" w:rsidRDefault="00B96863" w:rsidP="001B407C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483EDC" wp14:editId="229C3378">
                <wp:simplePos x="0" y="0"/>
                <wp:positionH relativeFrom="column">
                  <wp:posOffset>4563035</wp:posOffset>
                </wp:positionH>
                <wp:positionV relativeFrom="paragraph">
                  <wp:posOffset>232447</wp:posOffset>
                </wp:positionV>
                <wp:extent cx="420825" cy="124592"/>
                <wp:effectExtent l="38100" t="38100" r="55880" b="104140"/>
                <wp:wrapNone/>
                <wp:docPr id="117808127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06B5E" id="Straight Arrow Connector 2" o:spid="_x0000_s1026" type="#_x0000_t32" style="position:absolute;margin-left:359.3pt;margin-top:18.3pt;width:33.15pt;height:9.8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CdlinHgAAAA&#10;CQEAAA8AAABkcnMvZG93bnJldi54bWxMj8FOhDAQhu8mvkMzJl6MW1gVEBk2Zo2eNtm4etBbFwZK&#10;pFNCC4tvbz3paTKZL/98f7FZTC9mGl1nGSFeRSCIK1t33CK8vz1fZyCcV1yr3jIhfJODTXl+Vqi8&#10;tid+pfngWxFC2OUKQXs/5FK6SpNRbmUH4nBr7GiUD+vYynpUpxBuermOokQa1XH4oNVAW03V12Ey&#10;CNHHfn652k2cbm22e9rrxnzGDeLlxfL4AMLT4v9g+NUP6lAGp6OduHaiR0jjLAkowk0SZgDS7PYe&#10;xBHhLlmDLAv5v0H5AwAA//8DAFBLAQItABQABgAIAAAAIQC2gziS/gAAAOEBAAATAAAAAAAAAAAA&#10;AAAAAAAAAABbQ29udGVudF9UeXBlc10ueG1sUEsBAi0AFAAGAAgAAAAhADj9If/WAAAAlAEAAAsA&#10;AAAAAAAAAAAAAAAALwEAAF9yZWxzLy5yZWxzUEsBAi0AFAAGAAgAAAAhAEXLTj8EAgAABQQAAA4A&#10;AAAAAAAAAAAAAAAALgIAAGRycy9lMm9Eb2MueG1sUEsBAi0AFAAGAAgAAAAhACdlinHgAAAACQEA&#10;AA8AAAAAAAAAAAAAAAAAXgQAAGRycy9kb3ducmV2LnhtbFBLBQYAAAAABAAEAPMAAABrBQAAAAA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B7615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0DCE814" wp14:editId="3980F0A1">
                <wp:simplePos x="0" y="0"/>
                <wp:positionH relativeFrom="column">
                  <wp:posOffset>4379259</wp:posOffset>
                </wp:positionH>
                <wp:positionV relativeFrom="paragraph">
                  <wp:posOffset>1609800</wp:posOffset>
                </wp:positionV>
                <wp:extent cx="420825" cy="124592"/>
                <wp:effectExtent l="38100" t="38100" r="55880" b="104140"/>
                <wp:wrapNone/>
                <wp:docPr id="21986229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B7C38" id="Straight Arrow Connector 2" o:spid="_x0000_s1026" type="#_x0000_t32" style="position:absolute;margin-left:344.8pt;margin-top:126.75pt;width:33.15pt;height:9.8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Lxc+wziAAAA&#10;CwEAAA8AAABkcnMvZG93bnJldi54bWxMj8tOwzAQRfdI/IM1SGwQddIqj4Y4FSqCVaWKwgJ2buzE&#10;EfE4ip00/D3DCpYzc3Tn3HK32J7NevSdQwHxKgKmsXaqw1bA+9vzfQ7MB4lK9g61gG/tYVddX5Wy&#10;UO6Cr3o+hZZRCPpCCjAhDAXnvjbaSr9yg0a6NW60MtA4tlyN8kLhtufrKEq5lR3SByMHvTe6/jpN&#10;VkD0cZxf7g4TZnuXH56OprGfcSPE7c3y+AAs6CX8wfCrT+pQkdPZTag86wWk+TYlVMA62STAiMiS&#10;ZAvsTJtsEwOvSv6/Q/UDAAD//wMAUEsBAi0AFAAGAAgAAAAhALaDOJL+AAAA4QEAABMAAAAAAAAA&#10;AAAAAAAAAAAAAFtDb250ZW50X1R5cGVzXS54bWxQSwECLQAUAAYACAAAACEAOP0h/9YAAACUAQAA&#10;CwAAAAAAAAAAAAAAAAAvAQAAX3JlbHMvLnJlbHNQSwECLQAUAAYACAAAACEARctOPwQCAAAFBAAA&#10;DgAAAAAAAAAAAAAAAAAuAgAAZHJzL2Uyb0RvYy54bWxQSwECLQAUAAYACAAAACEAvFz7DOIAAAAL&#10;AQAADwAAAAAAAAAAAAAAAABeBAAAZHJzL2Rvd25yZXYueG1sUEsFBgAAAAAEAAQA8wAAAG0FAAAA&#10;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B7615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F4CF705" wp14:editId="1D2898F7">
                <wp:simplePos x="0" y="0"/>
                <wp:positionH relativeFrom="column">
                  <wp:posOffset>4437529</wp:posOffset>
                </wp:positionH>
                <wp:positionV relativeFrom="paragraph">
                  <wp:posOffset>587823</wp:posOffset>
                </wp:positionV>
                <wp:extent cx="420825" cy="124592"/>
                <wp:effectExtent l="38100" t="38100" r="55880" b="104140"/>
                <wp:wrapNone/>
                <wp:docPr id="93887994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C90E1" id="Straight Arrow Connector 2" o:spid="_x0000_s1026" type="#_x0000_t32" style="position:absolute;margin-left:349.4pt;margin-top:46.3pt;width:33.15pt;height:9.8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LER2F/gAAAA&#10;CgEAAA8AAABkcnMvZG93bnJldi54bWxMj0FPg0AQhe8m/ofNmHgxdoFESpGlMTV6atJYPehtCwNL&#10;ZGcJu1D8944ne5y8L+99U2wX24sZR985UhCvIhBIlas7ahV8vL/cZyB80FTr3hEq+EEP2/L6qtB5&#10;7c70hvMxtIJLyOdagQlhyKX0lUGr/coNSJw1brQ68Dm2sh71mcttL5MoSqXVHfGC0QPuDFbfx8kq&#10;iD4P8+vdfqL1zmX754Np7FfcKHV7szw9ggi4hH8Y/vRZHUp2OrmJai96BekmY/WgYJOkIBhYpw8x&#10;iBOTcZKALAt5+UL5CwAA//8DAFBLAQItABQABgAIAAAAIQC2gziS/gAAAOEBAAATAAAAAAAAAAAA&#10;AAAAAAAAAABbQ29udGVudF9UeXBlc10ueG1sUEsBAi0AFAAGAAgAAAAhADj9If/WAAAAlAEAAAsA&#10;AAAAAAAAAAAAAAAALwEAAF9yZWxzLy5yZWxzUEsBAi0AFAAGAAgAAAAhAEXLTj8EAgAABQQAAA4A&#10;AAAAAAAAAAAAAAAALgIAAGRycy9lMm9Eb2MueG1sUEsBAi0AFAAGAAgAAAAhALER2F/gAAAACgEA&#10;AA8AAAAAAAAAAAAAAAAAXgQAAGRycy9kb3ducmV2LnhtbFBLBQYAAAAABAAEAPMAAABrBQAAAAA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B7615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BC1185B" wp14:editId="14C32329">
                <wp:simplePos x="0" y="0"/>
                <wp:positionH relativeFrom="column">
                  <wp:posOffset>4343400</wp:posOffset>
                </wp:positionH>
                <wp:positionV relativeFrom="paragraph">
                  <wp:posOffset>390600</wp:posOffset>
                </wp:positionV>
                <wp:extent cx="420825" cy="124592"/>
                <wp:effectExtent l="38100" t="38100" r="55880" b="104140"/>
                <wp:wrapNone/>
                <wp:docPr id="174108068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89787" id="Straight Arrow Connector 2" o:spid="_x0000_s1026" type="#_x0000_t32" style="position:absolute;margin-left:342pt;margin-top:30.75pt;width:33.15pt;height:9.8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BmYmMPgAAAA&#10;CQEAAA8AAABkcnMvZG93bnJldi54bWxMj8FOwzAQRO9I/IO1SFwQtQ20jUKcChXBqVJF4QA3N97E&#10;EfE6ip00/D3mVG6zmtHsm2Izu45NOITWkwK5EMCQKm9aahR8vL/cZsBC1GR05wkV/GCATXl5Uejc&#10;+BO94XSIDUslFHKtwMbY55yHyqLTYeF7pOTVfnA6pnNouBn0KZW7jt8JseJOt5Q+WN3j1mL1fRid&#10;AvG5n15vdiOttz7bPe9t7b5krdT11fz0CCziHM9h+MNP6FAmpqMfyQTWKVhlD2lLTEIugaXAeinu&#10;gR0VZFICLwv+f0H5CwAA//8DAFBLAQItABQABgAIAAAAIQC2gziS/gAAAOEBAAATAAAAAAAAAAAA&#10;AAAAAAAAAABbQ29udGVudF9UeXBlc10ueG1sUEsBAi0AFAAGAAgAAAAhADj9If/WAAAAlAEAAAsA&#10;AAAAAAAAAAAAAAAALwEAAF9yZWxzLy5yZWxzUEsBAi0AFAAGAAgAAAAhAEXLTj8EAgAABQQAAA4A&#10;AAAAAAAAAAAAAAAALgIAAGRycy9lMm9Eb2MueG1sUEsBAi0AFAAGAAgAAAAhABmYmMPgAAAACQEA&#10;AA8AAAAAAAAAAAAAAAAAXgQAAGRycy9kb3ducmV2LnhtbFBLBQYAAAAABAAEAPMAAABrBQAAAAA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B761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BFFA08" wp14:editId="769A33D3">
                <wp:simplePos x="0" y="0"/>
                <wp:positionH relativeFrom="column">
                  <wp:posOffset>4563035</wp:posOffset>
                </wp:positionH>
                <wp:positionV relativeFrom="paragraph">
                  <wp:posOffset>45458</wp:posOffset>
                </wp:positionV>
                <wp:extent cx="420825" cy="124592"/>
                <wp:effectExtent l="38100" t="38100" r="55880" b="104140"/>
                <wp:wrapNone/>
                <wp:docPr id="209665997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3756E" id="Straight Arrow Connector 2" o:spid="_x0000_s1026" type="#_x0000_t32" style="position:absolute;margin-left:359.3pt;margin-top:3.6pt;width:33.15pt;height:9.8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NCW3sbfAAAA&#10;CAEAAA8AAABkcnMvZG93bnJldi54bWxMj0FLxDAQhe+C/yGM4EXctEXaWJsusqKnhcXVg96yzbQp&#10;NpPSpN36740nvb3hPd77ptqudmALTr53JCHdJMCQGqd76iS8vz3fCmA+KNJqcIQSvtHDtr68qFSp&#10;3ZlecTmGjsUS8qWSYEIYS859Y9Aqv3EjUvRaN1kV4jl1XE/qHMvtwLMkyblVPcUFo0bcGWy+jrOV&#10;kHwclpeb/UzFzon908G09jNtpby+Wh8fgAVcw18YfvEjOtSR6eRm0p4NEopU5DEaRQYs+oW4uwd2&#10;kpDlAnhd8f8P1D8AAAD//wMAUEsBAi0AFAAGAAgAAAAhALaDOJL+AAAA4QEAABMAAAAAAAAAAAAA&#10;AAAAAAAAAFtDb250ZW50X1R5cGVzXS54bWxQSwECLQAUAAYACAAAACEAOP0h/9YAAACUAQAACwAA&#10;AAAAAAAAAAAAAAAvAQAAX3JlbHMvLnJlbHNQSwECLQAUAAYACAAAACEARctOPwQCAAAFBAAADgAA&#10;AAAAAAAAAAAAAAAuAgAAZHJzL2Uyb0RvYy54bWxQSwECLQAUAAYACAAAACEA0Jbext8AAAAIAQAA&#10;DwAAAAAAAAAAAAAAAABeBAAAZHJzL2Rvd25yZXYueG1sUEsFBgAAAAAEAAQA8wAAAGoFAAAAAA=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B407C" w:rsidRPr="001B407C">
        <w:rPr>
          <w:noProof/>
        </w:rPr>
        <w:drawing>
          <wp:inline distT="0" distB="0" distL="0" distR="0" wp14:anchorId="353410CD" wp14:editId="76ED1A0F">
            <wp:extent cx="5486400" cy="2620010"/>
            <wp:effectExtent l="0" t="0" r="0" b="8890"/>
            <wp:docPr id="378209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096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17154" w14:textId="77777777" w:rsidR="009959BF" w:rsidRDefault="005F0B73">
      <w:pPr>
        <w:pStyle w:val="Heading1"/>
      </w:pPr>
      <w:r>
        <w:t>9. Helping Students Register for Classes</w:t>
      </w:r>
    </w:p>
    <w:p w14:paraId="7C45AAE8" w14:textId="77777777" w:rsidR="009959BF" w:rsidRDefault="005F0B73">
      <w:pPr>
        <w:pStyle w:val="ListBullet"/>
      </w:pPr>
      <w:r>
        <w:t>Review the student's academic plan.</w:t>
      </w:r>
    </w:p>
    <w:p w14:paraId="17BA8F2E" w14:textId="77777777" w:rsidR="009959BF" w:rsidRDefault="005F0B73">
      <w:pPr>
        <w:pStyle w:val="ListBullet"/>
      </w:pPr>
      <w:r>
        <w:t>Identify required courses.</w:t>
      </w:r>
    </w:p>
    <w:p w14:paraId="6B1385CA" w14:textId="19EC1F85" w:rsidR="009959BF" w:rsidRDefault="005F0B73">
      <w:pPr>
        <w:pStyle w:val="ListBullet"/>
      </w:pPr>
      <w:r>
        <w:t xml:space="preserve">Recommend courses to the </w:t>
      </w:r>
      <w:r w:rsidR="009413E3">
        <w:t>students</w:t>
      </w:r>
      <w:r w:rsidR="00477BB6">
        <w:t xml:space="preserve"> or create a plan to </w:t>
      </w:r>
      <w:r w:rsidR="009413E3">
        <w:t>send them</w:t>
      </w:r>
      <w:r w:rsidR="00477BB6">
        <w:t xml:space="preserve"> directly to the student.</w:t>
      </w:r>
    </w:p>
    <w:p w14:paraId="67008B6B" w14:textId="77777777" w:rsidR="009959BF" w:rsidRDefault="005F0B73">
      <w:pPr>
        <w:pStyle w:val="ListBullet"/>
      </w:pPr>
      <w:r>
        <w:t>Encourage the student to register through the student portal.</w:t>
      </w:r>
    </w:p>
    <w:p w14:paraId="1CAF37BC" w14:textId="269215E7" w:rsidR="004008EE" w:rsidRDefault="009413E3" w:rsidP="004008EE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941BC5A" wp14:editId="69E5E7FA">
                <wp:simplePos x="0" y="0"/>
                <wp:positionH relativeFrom="column">
                  <wp:posOffset>632011</wp:posOffset>
                </wp:positionH>
                <wp:positionV relativeFrom="paragraph">
                  <wp:posOffset>1138517</wp:posOffset>
                </wp:positionV>
                <wp:extent cx="420825" cy="124592"/>
                <wp:effectExtent l="38100" t="38100" r="55880" b="104140"/>
                <wp:wrapNone/>
                <wp:docPr id="141012339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2F732" id="Straight Arrow Connector 2" o:spid="_x0000_s1026" type="#_x0000_t32" style="position:absolute;margin-left:49.75pt;margin-top:89.65pt;width:33.15pt;height:9.8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Mk4RbThAAAA&#10;CgEAAA8AAABkcnMvZG93bnJldi54bWxMj8FOwzAQRO9I/IO1SFwQdQpqG4c4FSqCU6WK0kO5ubET&#10;R8TrKHbS8PdsT+W2uzOafZOvJ9ey0fSh8ShhPkuAGSy9brCWcPh6f0yBhahQq9ajkfBrAqyL25tc&#10;Zdqf8dOM+1gzCsGQKQk2xi7jPJTWOBVmvjNIWuV7pyKtfc11r84U7lr+lCRL7lSD9MGqzmysKX/2&#10;g5OQHHfjx8N2wNXGp9u3na3c97yS8v5uen0BFs0Ur2a44BM6FMR08gPqwFoJQizISfeVeAZ2MSwX&#10;1OVEg0gF8CLn/ysUfwAAAP//AwBQSwECLQAUAAYACAAAACEAtoM4kv4AAADhAQAAEwAAAAAAAAAA&#10;AAAAAAAAAAAAW0NvbnRlbnRfVHlwZXNdLnhtbFBLAQItABQABgAIAAAAIQA4/SH/1gAAAJQBAAAL&#10;AAAAAAAAAAAAAAAAAC8BAABfcmVscy8ucmVsc1BLAQItABQABgAIAAAAIQBFy04/BAIAAAUEAAAO&#10;AAAAAAAAAAAAAAAAAC4CAABkcnMvZTJvRG9jLnhtbFBLAQItABQABgAIAAAAIQDJOEW04QAAAAoB&#10;AAAPAAAAAAAAAAAAAAAAAF4EAABkcnMvZG93bnJldi54bWxQSwUGAAAAAAQABADzAAAAbA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B2F5E51" wp14:editId="13EC437E">
                <wp:simplePos x="0" y="0"/>
                <wp:positionH relativeFrom="column">
                  <wp:posOffset>1618129</wp:posOffset>
                </wp:positionH>
                <wp:positionV relativeFrom="paragraph">
                  <wp:posOffset>519953</wp:posOffset>
                </wp:positionV>
                <wp:extent cx="420825" cy="124592"/>
                <wp:effectExtent l="38100" t="38100" r="55880" b="104140"/>
                <wp:wrapNone/>
                <wp:docPr id="1437716077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2842E" id="Straight Arrow Connector 2" o:spid="_x0000_s1026" type="#_x0000_t32" style="position:absolute;margin-left:127.4pt;margin-top:40.95pt;width:33.15pt;height:9.8pt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Gyhk0rhAAAA&#10;CgEAAA8AAABkcnMvZG93bnJldi54bWxMj8tOwzAQRfdI/IM1SGxQaztQCCFOhYpgVamiZQE7N3Ye&#10;Ih5HsZOGv2e6guXoHt17Jl/PrmOTHULrUYFcCmAWS29arBV8HF4XKbAQNRrdebQKfmyAdXF5kevM&#10;+BO+22kfa0YlGDKtoImxzzgPZWOdDkvfW6Ss8oPTkc6h5mbQJyp3HU+EuOdOt0gLje7tprHl9350&#10;CsTnbnq72Y74sPHp9mXXVO5LVkpdX83PT8CineMfDGd9UoeCnI5+RBNYpyBZ3ZF6VJDKR2AE3CZS&#10;AjsSKeQKeJHz/y8UvwAAAP//AwBQSwECLQAUAAYACAAAACEAtoM4kv4AAADhAQAAEwAAAAAAAAAA&#10;AAAAAAAAAAAAW0NvbnRlbnRfVHlwZXNdLnhtbFBLAQItABQABgAIAAAAIQA4/SH/1gAAAJQBAAAL&#10;AAAAAAAAAAAAAAAAAC8BAABfcmVscy8ucmVsc1BLAQItABQABgAIAAAAIQBFy04/BAIAAAUEAAAO&#10;AAAAAAAAAAAAAAAAAC4CAABkcnMvZTJvRG9jLnhtbFBLAQItABQABgAIAAAAIQBsoZNK4QAAAAoB&#10;AAAPAAAAAAAAAAAAAAAAAF4EAABkcnMvZG93bnJldi54bWxQSwUGAAAAAAQABADzAAAAbA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E8C28AE" wp14:editId="5D6F5A69">
                <wp:simplePos x="0" y="0"/>
                <wp:positionH relativeFrom="column">
                  <wp:posOffset>757518</wp:posOffset>
                </wp:positionH>
                <wp:positionV relativeFrom="paragraph">
                  <wp:posOffset>519953</wp:posOffset>
                </wp:positionV>
                <wp:extent cx="420825" cy="124592"/>
                <wp:effectExtent l="38100" t="38100" r="55880" b="104140"/>
                <wp:wrapNone/>
                <wp:docPr id="23165556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25" cy="12459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D7633" id="Straight Arrow Connector 2" o:spid="_x0000_s1026" type="#_x0000_t32" style="position:absolute;margin-left:59.65pt;margin-top:40.95pt;width:33.15pt;height:9.8p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4/BAIAAAUEAAAOAAAAZHJzL2Uyb0RvYy54bWysU8GO0zAQvSPxD5bvNGloUama7qGlcECw&#10;2gVxntpOYsmxrbHbtH/P2AmlsDdEDpbH9rx5b+Zl83DpDTsrDNrZms9nJWfKCie1bWv+/dvhzYqz&#10;EMFKMM6qml9V4A/b1682g1+rynXOSIWMQGxYD77mXYx+XRRBdKqHMHNeWbpsHPYQKcS2kAgDofem&#10;qMryXTE4lB6dUCHQ6X685NuM3zRKxK9NE1RkpubELeYV83pMa7HdwLpF8J0WEw34BxY9aEtFb1B7&#10;iMBOqF9A9VqgC66JM+H6wjWNFiprIDXz8i81zx14lbVQc4K/tSn8P1jx5byzj0htGHxYB/+IScWl&#10;wZ41RvtPNNOsi5iyS27b9dY2dYlM0OGiKlfVkjNBV/NqsXxfpbYWI0yC8xjiR+V6ljY1DxFBt13c&#10;OWtpQA7HEnD+HOKY+CshJVt30MbkORnLhppXy0VJoxRAdmkMRNr2XhKsbTkD05IPRcTMOjijZUpP&#10;QAHb484gOwN54XAo6Zt4/vEs1d5D6MZ3+Wp0SQRtPljJ4tWTkSNqsK1RE4SxqYTKjiMZKXCnqPC5&#10;kwM7mhM+AVEk4om61KkNZN8xIDsmSTlCF3/o2OXJp0a/IJ7fjedgfAcjzberlD02b9KZJ3DjkKM7&#10;esXvcafd0clrdkE+J6/l99N/kcx8H9P+/u/d/gQAAP//AwBQSwMEFAAGAAgAAAAhAFor1kzgAAAA&#10;CgEAAA8AAABkcnMvZG93bnJldi54bWxMj8FOwzAMhu9IvENkJC6IJQFtdKXphIbgNGlicIBb1qRN&#10;ReNUTdqVt8c7wc2//On352Iz+45NdohtQAVyIYBZrIJpsVHw8f5ymwGLSaPRXUCr4MdG2JSXF4XO&#10;TTjhm50OqWFUgjHXClxKfc55rJz1Oi5Cb5F2dRi8ThSHhptBn6jcd/xOiBX3ukW64HRvt85W34fR&#10;KxCf++n1ZjfiwzZku+e9q/2XrJW6vpqfHoElO6c/GM76pA4lOR3DiCayjrJc3xOqIJNrYGcgW66A&#10;HWkQcgm8LPj/F8pfAAAA//8DAFBLAQItABQABgAIAAAAIQC2gziS/gAAAOEBAAATAAAAAAAAAAAA&#10;AAAAAAAAAABbQ29udGVudF9UeXBlc10ueG1sUEsBAi0AFAAGAAgAAAAhADj9If/WAAAAlAEAAAsA&#10;AAAAAAAAAAAAAAAALwEAAF9yZWxzLy5yZWxzUEsBAi0AFAAGAAgAAAAhAEXLTj8EAgAABQQAAA4A&#10;AAAAAAAAAAAAAAAALgIAAGRycy9lMm9Eb2MueG1sUEsBAi0AFAAGAAgAAAAhAFor1kzgAAAACgEA&#10;AA8AAAAAAAAAAAAAAAAAXgQAAGRycy9kb3ducmV2LnhtbFBLBQYAAAAABAAEAPMAAABrBQAAAAA=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008EE" w:rsidRPr="004008EE">
        <w:rPr>
          <w:noProof/>
        </w:rPr>
        <w:drawing>
          <wp:inline distT="0" distB="0" distL="0" distR="0" wp14:anchorId="1FC194AE" wp14:editId="22658AE0">
            <wp:extent cx="5486400" cy="2816860"/>
            <wp:effectExtent l="0" t="0" r="0" b="2540"/>
            <wp:docPr id="777074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7499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438E" w14:textId="77777777" w:rsidR="009959BF" w:rsidRDefault="005F0B73">
      <w:r>
        <w:br w:type="page"/>
      </w:r>
    </w:p>
    <w:p w14:paraId="66E24BB1" w14:textId="16E1E2A4" w:rsidR="009959BF" w:rsidRDefault="005F0B73">
      <w:pPr>
        <w:pStyle w:val="Heading1"/>
      </w:pPr>
      <w:r>
        <w:lastRenderedPageBreak/>
        <w:t>1</w:t>
      </w:r>
      <w:r w:rsidR="004008EE">
        <w:t>0</w:t>
      </w:r>
      <w:r>
        <w:t>. Advising Workflow Guide</w:t>
      </w:r>
    </w:p>
    <w:p w14:paraId="127EAC7B" w14:textId="77777777" w:rsidR="009959BF" w:rsidRDefault="005F0B73">
      <w:pPr>
        <w:pStyle w:val="ListNumber"/>
      </w:pPr>
      <w:r>
        <w:t>Student schedules appointment</w:t>
      </w:r>
    </w:p>
    <w:p w14:paraId="20ABAE32" w14:textId="77777777" w:rsidR="009959BF" w:rsidRDefault="005F0B73">
      <w:pPr>
        <w:pStyle w:val="ListNumber"/>
      </w:pPr>
      <w:r>
        <w:t>Advisor reviews student profile and academic progress</w:t>
      </w:r>
    </w:p>
    <w:p w14:paraId="754680E3" w14:textId="77777777" w:rsidR="009959BF" w:rsidRDefault="005F0B73">
      <w:pPr>
        <w:pStyle w:val="ListNumber"/>
      </w:pPr>
      <w:r>
        <w:t>Advisor meets with student</w:t>
      </w:r>
    </w:p>
    <w:p w14:paraId="2CCB84AB" w14:textId="77777777" w:rsidR="009959BF" w:rsidRDefault="005F0B73">
      <w:pPr>
        <w:pStyle w:val="ListNumber"/>
      </w:pPr>
      <w:r>
        <w:t>Advisor documents advising notes</w:t>
      </w:r>
    </w:p>
    <w:p w14:paraId="16AD65DF" w14:textId="77777777" w:rsidR="009959BF" w:rsidRDefault="005F0B73">
      <w:pPr>
        <w:pStyle w:val="ListNumber"/>
      </w:pPr>
      <w:r>
        <w:t>Advisor recommends courses or campus resources</w:t>
      </w:r>
    </w:p>
    <w:p w14:paraId="13DDED53" w14:textId="22C6609B" w:rsidR="009C0FB1" w:rsidRDefault="005F0B73" w:rsidP="009C0FB1">
      <w:pPr>
        <w:pStyle w:val="ListNumber"/>
      </w:pPr>
      <w:r>
        <w:t>Advisor follows up with email or message</w:t>
      </w:r>
    </w:p>
    <w:p w14:paraId="0B08BB82" w14:textId="0E775AAA" w:rsidR="009959BF" w:rsidRDefault="005F0B73" w:rsidP="009C0FB1">
      <w:pPr>
        <w:pStyle w:val="Heading1"/>
      </w:pPr>
      <w:r>
        <w:t>12. Navigate Training Facilitator Guide</w:t>
      </w:r>
    </w:p>
    <w:p w14:paraId="690E32AE" w14:textId="77777777" w:rsidR="009959BF" w:rsidRDefault="005F0B73">
      <w:r>
        <w:t>Use this section when training new advisors or staff.</w:t>
      </w:r>
    </w:p>
    <w:p w14:paraId="60BB3B5A" w14:textId="77777777" w:rsidR="009959BF" w:rsidRDefault="005F0B73">
      <w:pPr>
        <w:pStyle w:val="ListBullet"/>
      </w:pPr>
      <w:r>
        <w:t>Begin training by introducing the purpose of Navigate360.</w:t>
      </w:r>
    </w:p>
    <w:p w14:paraId="09E0D0B4" w14:textId="77777777" w:rsidR="009959BF" w:rsidRDefault="005F0B73">
      <w:pPr>
        <w:pStyle w:val="ListBullet"/>
      </w:pPr>
      <w:r>
        <w:t>Show the Staff Home dashboard and explain navigation tools.</w:t>
      </w:r>
    </w:p>
    <w:p w14:paraId="10B3372D" w14:textId="77777777" w:rsidR="009959BF" w:rsidRDefault="005F0B73">
      <w:pPr>
        <w:pStyle w:val="ListBullet"/>
      </w:pPr>
      <w:r>
        <w:t>Demonstrate how to search for a student.</w:t>
      </w:r>
    </w:p>
    <w:p w14:paraId="46586C26" w14:textId="77777777" w:rsidR="009959BF" w:rsidRDefault="005F0B73">
      <w:pPr>
        <w:pStyle w:val="ListBullet"/>
      </w:pPr>
      <w:r>
        <w:t>Walk through scheduling an appointment.</w:t>
      </w:r>
    </w:p>
    <w:p w14:paraId="4939CD7D" w14:textId="77777777" w:rsidR="009959BF" w:rsidRDefault="005F0B73">
      <w:pPr>
        <w:pStyle w:val="ListBullet"/>
      </w:pPr>
      <w:r>
        <w:t>Show how to document advising notes.</w:t>
      </w:r>
    </w:p>
    <w:p w14:paraId="498D0C87" w14:textId="77777777" w:rsidR="009959BF" w:rsidRDefault="005F0B73">
      <w:pPr>
        <w:pStyle w:val="ListBullet"/>
      </w:pPr>
      <w:r>
        <w:t>Explain alerts and how they trigger support services.</w:t>
      </w:r>
    </w:p>
    <w:p w14:paraId="432661E5" w14:textId="77777777" w:rsidR="009959BF" w:rsidRDefault="005F0B73">
      <w:pPr>
        <w:pStyle w:val="ListBullet"/>
      </w:pPr>
      <w:r>
        <w:t>Practice sending a message to a student.</w:t>
      </w:r>
    </w:p>
    <w:p w14:paraId="328679A4" w14:textId="77777777" w:rsidR="009959BF" w:rsidRDefault="005F0B73">
      <w:r>
        <w:br w:type="page"/>
      </w:r>
    </w:p>
    <w:p w14:paraId="6BF54E2F" w14:textId="77777777" w:rsidR="009959BF" w:rsidRDefault="005F0B73">
      <w:pPr>
        <w:pStyle w:val="Heading1"/>
      </w:pPr>
      <w:r>
        <w:lastRenderedPageBreak/>
        <w:t>Advisor Quick Reference Sheet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959BF" w14:paraId="4E9028F1" w14:textId="77777777">
        <w:tc>
          <w:tcPr>
            <w:tcW w:w="4320" w:type="dxa"/>
          </w:tcPr>
          <w:p w14:paraId="3CC55776" w14:textId="77777777" w:rsidR="009959BF" w:rsidRDefault="005F0B73">
            <w:r>
              <w:t>Task</w:t>
            </w:r>
          </w:p>
        </w:tc>
        <w:tc>
          <w:tcPr>
            <w:tcW w:w="4320" w:type="dxa"/>
          </w:tcPr>
          <w:p w14:paraId="79B92367" w14:textId="77777777" w:rsidR="009959BF" w:rsidRDefault="005F0B73">
            <w:r>
              <w:t>Navigate Location</w:t>
            </w:r>
          </w:p>
        </w:tc>
      </w:tr>
      <w:tr w:rsidR="009959BF" w14:paraId="0901BEC7" w14:textId="77777777">
        <w:tc>
          <w:tcPr>
            <w:tcW w:w="4320" w:type="dxa"/>
          </w:tcPr>
          <w:p w14:paraId="0B7F8F94" w14:textId="77777777" w:rsidR="009959BF" w:rsidRDefault="005F0B73">
            <w:r>
              <w:t>Search Student</w:t>
            </w:r>
          </w:p>
        </w:tc>
        <w:tc>
          <w:tcPr>
            <w:tcW w:w="4320" w:type="dxa"/>
          </w:tcPr>
          <w:p w14:paraId="37B3D511" w14:textId="77777777" w:rsidR="009959BF" w:rsidRDefault="005F0B73">
            <w:r>
              <w:t>Search bar</w:t>
            </w:r>
          </w:p>
        </w:tc>
      </w:tr>
      <w:tr w:rsidR="009959BF" w14:paraId="3432C860" w14:textId="77777777">
        <w:tc>
          <w:tcPr>
            <w:tcW w:w="4320" w:type="dxa"/>
          </w:tcPr>
          <w:p w14:paraId="2300845A" w14:textId="77777777" w:rsidR="009959BF" w:rsidRDefault="005F0B73">
            <w:r>
              <w:t>Assigned Students</w:t>
            </w:r>
          </w:p>
        </w:tc>
        <w:tc>
          <w:tcPr>
            <w:tcW w:w="4320" w:type="dxa"/>
          </w:tcPr>
          <w:p w14:paraId="65E2430A" w14:textId="77777777" w:rsidR="009959BF" w:rsidRDefault="005F0B73">
            <w:r>
              <w:t>Students tab</w:t>
            </w:r>
          </w:p>
        </w:tc>
      </w:tr>
      <w:tr w:rsidR="009959BF" w14:paraId="30DC26A6" w14:textId="77777777">
        <w:tc>
          <w:tcPr>
            <w:tcW w:w="4320" w:type="dxa"/>
          </w:tcPr>
          <w:p w14:paraId="1B3DDA60" w14:textId="77777777" w:rsidR="009959BF" w:rsidRDefault="005F0B73">
            <w:r>
              <w:t>Schedule Appointment</w:t>
            </w:r>
          </w:p>
        </w:tc>
        <w:tc>
          <w:tcPr>
            <w:tcW w:w="4320" w:type="dxa"/>
          </w:tcPr>
          <w:p w14:paraId="2EEF6400" w14:textId="77777777" w:rsidR="009959BF" w:rsidRDefault="005F0B73">
            <w:r>
              <w:t>Student Profile</w:t>
            </w:r>
          </w:p>
        </w:tc>
      </w:tr>
      <w:tr w:rsidR="009959BF" w14:paraId="6DE10555" w14:textId="77777777">
        <w:tc>
          <w:tcPr>
            <w:tcW w:w="4320" w:type="dxa"/>
          </w:tcPr>
          <w:p w14:paraId="08C36F32" w14:textId="77777777" w:rsidR="009959BF" w:rsidRDefault="005F0B73">
            <w:r>
              <w:t>Add Advising Note</w:t>
            </w:r>
          </w:p>
        </w:tc>
        <w:tc>
          <w:tcPr>
            <w:tcW w:w="4320" w:type="dxa"/>
          </w:tcPr>
          <w:p w14:paraId="4C8D902E" w14:textId="77777777" w:rsidR="009959BF" w:rsidRDefault="005F0B73">
            <w:r>
              <w:t>Student Profile → Add Note</w:t>
            </w:r>
          </w:p>
        </w:tc>
      </w:tr>
      <w:tr w:rsidR="009959BF" w14:paraId="5380035C" w14:textId="77777777">
        <w:tc>
          <w:tcPr>
            <w:tcW w:w="4320" w:type="dxa"/>
          </w:tcPr>
          <w:p w14:paraId="6C9678CD" w14:textId="77777777" w:rsidR="009959BF" w:rsidRDefault="005F0B73">
            <w:r>
              <w:t>Issue Alert</w:t>
            </w:r>
          </w:p>
        </w:tc>
        <w:tc>
          <w:tcPr>
            <w:tcW w:w="4320" w:type="dxa"/>
          </w:tcPr>
          <w:p w14:paraId="63A5321A" w14:textId="77777777" w:rsidR="009959BF" w:rsidRDefault="005F0B73">
            <w:r>
              <w:t>Student Profile → Issue Alert</w:t>
            </w:r>
          </w:p>
        </w:tc>
      </w:tr>
      <w:tr w:rsidR="009959BF" w14:paraId="14D5D8AB" w14:textId="77777777">
        <w:tc>
          <w:tcPr>
            <w:tcW w:w="4320" w:type="dxa"/>
          </w:tcPr>
          <w:p w14:paraId="710DBA2F" w14:textId="77777777" w:rsidR="009959BF" w:rsidRDefault="005F0B73">
            <w:r>
              <w:t>Send Email/Text</w:t>
            </w:r>
          </w:p>
        </w:tc>
        <w:tc>
          <w:tcPr>
            <w:tcW w:w="4320" w:type="dxa"/>
          </w:tcPr>
          <w:p w14:paraId="36AC8E24" w14:textId="77777777" w:rsidR="009959BF" w:rsidRDefault="005F0B73">
            <w:r>
              <w:t>Student Profile → Message Student</w:t>
            </w:r>
          </w:p>
        </w:tc>
      </w:tr>
    </w:tbl>
    <w:p w14:paraId="6AE5C693" w14:textId="77777777" w:rsidR="009959BF" w:rsidRDefault="005F0B73">
      <w:r>
        <w:br w:type="page"/>
      </w:r>
    </w:p>
    <w:p w14:paraId="0BFFE6EC" w14:textId="77777777" w:rsidR="009959BF" w:rsidRDefault="005F0B73">
      <w:pPr>
        <w:pStyle w:val="Heading1"/>
      </w:pPr>
      <w:r>
        <w:lastRenderedPageBreak/>
        <w:t>Best Practices for Advisors</w:t>
      </w:r>
    </w:p>
    <w:p w14:paraId="734AA667" w14:textId="77777777" w:rsidR="009959BF" w:rsidRDefault="005F0B73">
      <w:pPr>
        <w:pStyle w:val="ListBullet"/>
      </w:pPr>
      <w:r>
        <w:t>Document every advising interaction.</w:t>
      </w:r>
    </w:p>
    <w:p w14:paraId="11DE9FE0" w14:textId="77777777" w:rsidR="009959BF" w:rsidRDefault="005F0B73">
      <w:pPr>
        <w:pStyle w:val="ListBullet"/>
      </w:pPr>
      <w:r>
        <w:t>Use alerts early when concerns arise.</w:t>
      </w:r>
    </w:p>
    <w:p w14:paraId="24A821EE" w14:textId="77777777" w:rsidR="009959BF" w:rsidRDefault="005F0B73">
      <w:pPr>
        <w:pStyle w:val="ListBullet"/>
      </w:pPr>
      <w:r>
        <w:t>Follow up with students after meetings.</w:t>
      </w:r>
    </w:p>
    <w:p w14:paraId="612A5ADC" w14:textId="77777777" w:rsidR="009959BF" w:rsidRDefault="005F0B73">
      <w:pPr>
        <w:pStyle w:val="ListBullet"/>
      </w:pPr>
      <w:r>
        <w:t>Encourage students to use Navigate for appointments.</w:t>
      </w:r>
    </w:p>
    <w:p w14:paraId="30EC9AFD" w14:textId="77777777" w:rsidR="009959BF" w:rsidRDefault="005F0B73">
      <w:pPr>
        <w:pStyle w:val="ListBullet"/>
      </w:pPr>
      <w:r>
        <w:t>Collaborate with other campus support teams.</w:t>
      </w:r>
    </w:p>
    <w:sectPr w:rsidR="009959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B5308F"/>
    <w:multiLevelType w:val="hybridMultilevel"/>
    <w:tmpl w:val="62AC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349886">
    <w:abstractNumId w:val="8"/>
  </w:num>
  <w:num w:numId="2" w16cid:durableId="1849367664">
    <w:abstractNumId w:val="6"/>
  </w:num>
  <w:num w:numId="3" w16cid:durableId="993290118">
    <w:abstractNumId w:val="5"/>
  </w:num>
  <w:num w:numId="4" w16cid:durableId="1384984174">
    <w:abstractNumId w:val="4"/>
  </w:num>
  <w:num w:numId="5" w16cid:durableId="2135513887">
    <w:abstractNumId w:val="7"/>
  </w:num>
  <w:num w:numId="6" w16cid:durableId="1789931038">
    <w:abstractNumId w:val="3"/>
  </w:num>
  <w:num w:numId="7" w16cid:durableId="1699354358">
    <w:abstractNumId w:val="2"/>
  </w:num>
  <w:num w:numId="8" w16cid:durableId="632322687">
    <w:abstractNumId w:val="1"/>
  </w:num>
  <w:num w:numId="9" w16cid:durableId="1792481024">
    <w:abstractNumId w:val="0"/>
  </w:num>
  <w:num w:numId="10" w16cid:durableId="548759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197"/>
    <w:rsid w:val="00034616"/>
    <w:rsid w:val="0006063C"/>
    <w:rsid w:val="00106F2A"/>
    <w:rsid w:val="00112320"/>
    <w:rsid w:val="00136C43"/>
    <w:rsid w:val="0015074B"/>
    <w:rsid w:val="001645B4"/>
    <w:rsid w:val="001B407C"/>
    <w:rsid w:val="0029639D"/>
    <w:rsid w:val="00326F90"/>
    <w:rsid w:val="003450C7"/>
    <w:rsid w:val="00354050"/>
    <w:rsid w:val="004008EE"/>
    <w:rsid w:val="0040152E"/>
    <w:rsid w:val="004530A7"/>
    <w:rsid w:val="00477BB6"/>
    <w:rsid w:val="004B1346"/>
    <w:rsid w:val="00584135"/>
    <w:rsid w:val="005B7615"/>
    <w:rsid w:val="005F0B73"/>
    <w:rsid w:val="00667FAD"/>
    <w:rsid w:val="006B0D6D"/>
    <w:rsid w:val="006B6483"/>
    <w:rsid w:val="006C2338"/>
    <w:rsid w:val="006F6BAE"/>
    <w:rsid w:val="00704789"/>
    <w:rsid w:val="007E378D"/>
    <w:rsid w:val="0088159F"/>
    <w:rsid w:val="008B12F7"/>
    <w:rsid w:val="009413E3"/>
    <w:rsid w:val="0099580D"/>
    <w:rsid w:val="009959BF"/>
    <w:rsid w:val="009C0FB1"/>
    <w:rsid w:val="009C5C2D"/>
    <w:rsid w:val="00A602A1"/>
    <w:rsid w:val="00AA1D8D"/>
    <w:rsid w:val="00B2501C"/>
    <w:rsid w:val="00B47730"/>
    <w:rsid w:val="00B570F9"/>
    <w:rsid w:val="00B6277F"/>
    <w:rsid w:val="00B73D5F"/>
    <w:rsid w:val="00B9601F"/>
    <w:rsid w:val="00B96863"/>
    <w:rsid w:val="00CB0664"/>
    <w:rsid w:val="00D53588"/>
    <w:rsid w:val="00D668BC"/>
    <w:rsid w:val="00DB3780"/>
    <w:rsid w:val="00DB619D"/>
    <w:rsid w:val="00DC3FF9"/>
    <w:rsid w:val="00ED5C8A"/>
    <w:rsid w:val="00EE326B"/>
    <w:rsid w:val="00EF4DBC"/>
    <w:rsid w:val="00F47105"/>
    <w:rsid w:val="00FB1171"/>
    <w:rsid w:val="00FB25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F1C841"/>
  <w14:defaultImageDpi w14:val="300"/>
  <w15:docId w15:val="{ECE95CF7-DDA5-41D0-83F5-FF528204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Chin, Yishka</cp:lastModifiedBy>
  <cp:revision>5</cp:revision>
  <dcterms:created xsi:type="dcterms:W3CDTF">2026-06-15T17:55:00Z</dcterms:created>
  <dcterms:modified xsi:type="dcterms:W3CDTF">2026-07-30T14:13:00Z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a2083917-876c-4808-847c-78f7b4adde2d</vt:lpwstr>
  </property>
</Properties>
</file>